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HSC Industrial Technology Timber: Multiple-Choice Bank</w:t>
      </w:r>
    </w:p>
    <w:p>
      <w:pPr>
        <w:spacing w:after="60"/>
      </w:pPr>
      <w:r>
        <w:rPr>
          <w:i/>
        </w:rPr>
        <w:t>83 official NESA questions (2015–2025, text-only ones; diagram questions are omitted) + 32 original practice questions with explanations. Answers are at the end of each part.</w:t>
      </w:r>
    </w:p>
    <w:p>
      <w:r>
        <w:br w:type="page"/>
      </w:r>
    </w:p>
    <w:p>
      <w:pPr>
        <w:pStyle w:val="Heading1"/>
        <w:keepNext/>
      </w:pPr>
      <w:r>
        <w:t>Part A: Official NESA questions by year</w:t>
      </w:r>
    </w:p>
    <w:p>
      <w:pPr>
        <w:pStyle w:val="Heading2"/>
        <w:keepNext/>
      </w:pPr>
      <w:r>
        <w:t>2025</w:t>
      </w:r>
    </w:p>
    <w:p>
      <w:pPr>
        <w:spacing w:after="60"/>
      </w:pPr>
      <w:r>
        <w:rPr>
          <w:b/>
        </w:rPr>
        <w:t>2025 Q1.</w:t>
      </w:r>
      <w:r>
        <w:t xml:space="preserve"> What is the primary purpose of a stopped housing joint?</w:t>
      </w:r>
    </w:p>
    <w:p>
      <w:pPr>
        <w:pStyle w:val="ListBullet"/>
        <w:spacing w:after="20"/>
      </w:pPr>
      <w:r>
        <w:t>(A) To conceal the housing</w:t>
      </w:r>
    </w:p>
    <w:p>
      <w:pPr>
        <w:pStyle w:val="ListBullet"/>
        <w:spacing w:after="20"/>
      </w:pPr>
      <w:r>
        <w:t>(B) To prevent the joint from slipping</w:t>
      </w:r>
    </w:p>
    <w:p>
      <w:pPr>
        <w:pStyle w:val="ListBullet"/>
        <w:spacing w:after="20"/>
      </w:pPr>
      <w:r>
        <w:t>(C) To allow for easy disassembly of the joint</w:t>
      </w:r>
    </w:p>
    <w:p>
      <w:pPr>
        <w:pStyle w:val="ListBullet"/>
        <w:spacing w:after="20"/>
      </w:pPr>
      <w:r>
        <w:t>(D) To create a decorative housing on the front edge</w:t>
      </w:r>
    </w:p>
    <w:p>
      <w:pPr>
        <w:spacing w:after="60"/>
      </w:pPr>
      <w:r>
        <w:rPr>
          <w:b/>
        </w:rPr>
        <w:t>2025 Q2.</w:t>
      </w:r>
      <w:r>
        <w:t xml:space="preserve"> A spade bit is used to drill a hole through a piece of timber. What is the recommended method to prevent splintering?</w:t>
      </w:r>
    </w:p>
    <w:p>
      <w:pPr>
        <w:pStyle w:val="ListBullet"/>
        <w:spacing w:after="20"/>
      </w:pPr>
      <w:r>
        <w:t>(A) Use a centre punch to mark the drilling spot</w:t>
      </w:r>
    </w:p>
    <w:p>
      <w:pPr>
        <w:pStyle w:val="ListBullet"/>
        <w:spacing w:after="20"/>
      </w:pPr>
      <w:r>
        <w:t>(B) Drill a pilot hole before drilling the full hole</w:t>
      </w:r>
    </w:p>
    <w:p>
      <w:pPr>
        <w:pStyle w:val="ListBullet"/>
        <w:spacing w:after="20"/>
      </w:pPr>
      <w:r>
        <w:t>(C) Clamp a piece of scrap wood under the wood being drilled</w:t>
      </w:r>
    </w:p>
    <w:p>
      <w:pPr>
        <w:pStyle w:val="ListBullet"/>
        <w:spacing w:after="20"/>
      </w:pPr>
      <w:r>
        <w:t>(D) Use a drill bit that is specifically designed for drilling timber</w:t>
      </w:r>
    </w:p>
    <w:p>
      <w:pPr>
        <w:spacing w:after="60"/>
      </w:pPr>
      <w:r>
        <w:rPr>
          <w:b/>
        </w:rPr>
        <w:t>2025 Q3.</w:t>
      </w:r>
      <w:r>
        <w:t xml:space="preserve"> What is the purpose of a tailstock in woodturning?</w:t>
      </w:r>
    </w:p>
    <w:p>
      <w:pPr>
        <w:pStyle w:val="ListBullet"/>
        <w:spacing w:after="20"/>
      </w:pPr>
      <w:r>
        <w:t>(A) To hold the tool rest in place</w:t>
      </w:r>
    </w:p>
    <w:p>
      <w:pPr>
        <w:pStyle w:val="ListBullet"/>
        <w:spacing w:after="20"/>
      </w:pPr>
      <w:r>
        <w:t>(B) To control the speed of the lathe</w:t>
      </w:r>
    </w:p>
    <w:p>
      <w:pPr>
        <w:pStyle w:val="ListBullet"/>
        <w:spacing w:after="20"/>
      </w:pPr>
      <w:r>
        <w:t>(C) To create a decorative groove on the timber</w:t>
      </w:r>
    </w:p>
    <w:p>
      <w:pPr>
        <w:pStyle w:val="ListBullet"/>
        <w:spacing w:after="20"/>
      </w:pPr>
      <w:r>
        <w:t>(D) To provide additional support to the workpiece during turning</w:t>
      </w:r>
    </w:p>
    <w:p>
      <w:pPr>
        <w:spacing w:after="60"/>
      </w:pPr>
      <w:r>
        <w:rPr>
          <w:b/>
        </w:rPr>
        <w:t>2025 Q4.</w:t>
      </w:r>
      <w:r>
        <w:t xml:space="preserve"> How does a pictorial drawing differ from a working drawing?</w:t>
      </w:r>
    </w:p>
    <w:p>
      <w:pPr>
        <w:pStyle w:val="ListBullet"/>
        <w:spacing w:after="20"/>
      </w:pPr>
      <w:r>
        <w:t>(A) It focuses on construction details.</w:t>
      </w:r>
    </w:p>
    <w:p>
      <w:pPr>
        <w:pStyle w:val="ListBullet"/>
        <w:spacing w:after="20"/>
      </w:pPr>
      <w:r>
        <w:t>(B) It is only used for displaying 3D views.</w:t>
      </w:r>
    </w:p>
    <w:p>
      <w:pPr>
        <w:pStyle w:val="ListBullet"/>
        <w:spacing w:after="20"/>
      </w:pPr>
      <w:r>
        <w:t>(C) It includes measurements and instructions.</w:t>
      </w:r>
    </w:p>
    <w:p>
      <w:pPr>
        <w:pStyle w:val="ListBullet"/>
        <w:spacing w:after="20"/>
      </w:pPr>
      <w:r>
        <w:t>(D) It is only used for displaying multiple 2D views.</w:t>
      </w:r>
    </w:p>
    <w:p>
      <w:pPr>
        <w:spacing w:after="60"/>
      </w:pPr>
      <w:r>
        <w:rPr>
          <w:b/>
        </w:rPr>
        <w:t>2025 Q5.</w:t>
      </w:r>
      <w:r>
        <w:t xml:space="preserve"> Laminated timber is considered to be stronger than solid timber because</w:t>
      </w:r>
    </w:p>
    <w:p>
      <w:pPr>
        <w:pStyle w:val="ListBullet"/>
        <w:spacing w:after="20"/>
      </w:pPr>
      <w:r>
        <w:t>(A) it uses synthetic materials.</w:t>
      </w:r>
    </w:p>
    <w:p>
      <w:pPr>
        <w:pStyle w:val="ListBullet"/>
        <w:spacing w:after="20"/>
      </w:pPr>
      <w:r>
        <w:t>(B) it is made from hardwood.</w:t>
      </w:r>
    </w:p>
    <w:p>
      <w:pPr>
        <w:pStyle w:val="ListBullet"/>
        <w:spacing w:after="20"/>
      </w:pPr>
      <w:r>
        <w:t>(C) it is treated with special chemicals.</w:t>
      </w:r>
    </w:p>
    <w:p>
      <w:pPr>
        <w:pStyle w:val="ListBullet"/>
        <w:spacing w:after="20"/>
      </w:pPr>
      <w:r>
        <w:t>(D) its defects are limited to individual layers.</w:t>
      </w:r>
    </w:p>
    <w:p>
      <w:pPr>
        <w:spacing w:after="60"/>
      </w:pPr>
      <w:r>
        <w:rPr>
          <w:b/>
        </w:rPr>
        <w:t>2025 Q6.</w:t>
      </w:r>
      <w:r>
        <w:t xml:space="preserve"> What is the primary purpose of rails in cabinetmaking?</w:t>
      </w:r>
    </w:p>
    <w:p>
      <w:pPr>
        <w:pStyle w:val="ListBullet"/>
        <w:spacing w:after="20"/>
      </w:pPr>
      <w:r>
        <w:t>(A) To provide decorative elements on cabinet doors</w:t>
      </w:r>
    </w:p>
    <w:p>
      <w:pPr>
        <w:pStyle w:val="ListBullet"/>
        <w:spacing w:after="20"/>
      </w:pPr>
      <w:r>
        <w:t>(B) To connect and stabilise vertical components of a frame</w:t>
      </w:r>
    </w:p>
    <w:p>
      <w:pPr>
        <w:pStyle w:val="ListBullet"/>
        <w:spacing w:after="20"/>
      </w:pPr>
      <w:r>
        <w:t>(C) To support the weight of the cabinet and prevent sagging</w:t>
      </w:r>
    </w:p>
    <w:p>
      <w:pPr>
        <w:pStyle w:val="ListBullet"/>
        <w:spacing w:after="20"/>
      </w:pPr>
      <w:r>
        <w:t>(D) To allow for the attachment of hinges and other cabinet hardware</w:t>
      </w:r>
    </w:p>
    <w:p>
      <w:pPr>
        <w:spacing w:after="60"/>
      </w:pPr>
      <w:r>
        <w:rPr>
          <w:b/>
        </w:rPr>
        <w:t>2025 Q7.</w:t>
      </w:r>
      <w:r>
        <w:t xml:space="preserve"> What is a major disadvantage of using plywood in cabinetmaking?</w:t>
      </w:r>
    </w:p>
    <w:p>
      <w:pPr>
        <w:pStyle w:val="ListBullet"/>
        <w:spacing w:after="20"/>
      </w:pPr>
      <w:r>
        <w:t>(A) It cannot be cut or shaped easily.</w:t>
      </w:r>
    </w:p>
    <w:p>
      <w:pPr>
        <w:pStyle w:val="ListBullet"/>
        <w:spacing w:after="20"/>
      </w:pPr>
      <w:r>
        <w:t>(B) It is heavy and difficult to transport.</w:t>
      </w:r>
    </w:p>
    <w:p>
      <w:pPr>
        <w:pStyle w:val="ListBullet"/>
        <w:spacing w:after="20"/>
      </w:pPr>
      <w:r>
        <w:t>(C) It has poor strength compared to solid timber.</w:t>
      </w:r>
    </w:p>
    <w:p>
      <w:pPr>
        <w:pStyle w:val="ListBullet"/>
        <w:spacing w:after="20"/>
      </w:pPr>
      <w:r>
        <w:t>(D) It can swell or delaminate when exposed to moisture.</w:t>
      </w:r>
    </w:p>
    <w:p>
      <w:pPr>
        <w:spacing w:after="60"/>
      </w:pPr>
      <w:r>
        <w:rPr>
          <w:b/>
        </w:rPr>
        <w:t>2025 Q8.</w:t>
      </w:r>
      <w:r>
        <w:t xml:space="preserve"> When should mechanical drawer runners be used in cabinetmaking?</w:t>
      </w:r>
    </w:p>
    <w:p>
      <w:pPr>
        <w:pStyle w:val="ListBullet"/>
        <w:spacing w:after="20"/>
      </w:pPr>
      <w:r>
        <w:t>(A) When cost efficiency is more of a priority than durability</w:t>
      </w:r>
    </w:p>
    <w:p>
      <w:pPr>
        <w:pStyle w:val="ListBullet"/>
        <w:spacing w:after="20"/>
      </w:pPr>
      <w:r>
        <w:t>(B) When making traditional cabinets that require a vintage appearance</w:t>
      </w:r>
    </w:p>
    <w:p>
      <w:pPr>
        <w:pStyle w:val="ListBullet"/>
        <w:spacing w:after="20"/>
      </w:pPr>
      <w:r>
        <w:t>(C) When constructing drawers that need smooth movement under heavy loads</w:t>
      </w:r>
    </w:p>
    <w:p>
      <w:pPr>
        <w:pStyle w:val="ListBullet"/>
        <w:spacing w:after="20"/>
      </w:pPr>
      <w:r>
        <w:t>(D) When constructing frequently opened drawers that only need a simple friction fit</w:t>
      </w:r>
    </w:p>
    <w:p>
      <w:pPr>
        <w:spacing w:after="60"/>
      </w:pPr>
      <w:r>
        <w:rPr>
          <w:b/>
        </w:rPr>
        <w:t>2025 Q9.</w:t>
      </w:r>
      <w:r>
        <w:t xml:space="preserve"> Why is it recommended that a tenon be one third of the timber’s thickness?</w:t>
      </w:r>
    </w:p>
    <w:p>
      <w:pPr>
        <w:pStyle w:val="ListBullet"/>
        <w:spacing w:after="20"/>
      </w:pPr>
      <w:r>
        <w:t>(A) For efficient chisel use and minimal waste</w:t>
      </w:r>
    </w:p>
    <w:p>
      <w:pPr>
        <w:pStyle w:val="ListBullet"/>
        <w:spacing w:after="20"/>
      </w:pPr>
      <w:r>
        <w:t>(B) To provide maximum strength and stability</w:t>
      </w:r>
    </w:p>
    <w:p>
      <w:pPr>
        <w:pStyle w:val="ListBullet"/>
        <w:spacing w:after="20"/>
      </w:pPr>
      <w:r>
        <w:t>(C) For ease of insertion and prevention of splitting</w:t>
      </w:r>
    </w:p>
    <w:p>
      <w:pPr>
        <w:pStyle w:val="ListBullet"/>
        <w:spacing w:after="20"/>
      </w:pPr>
      <w:r>
        <w:t>(D) To ensure maximum gluing area for bonding surfaces</w:t>
      </w:r>
    </w:p>
    <w:p>
      <w:pPr>
        <w:spacing w:after="60"/>
      </w:pPr>
      <w:r>
        <w:rPr>
          <w:b/>
        </w:rPr>
        <w:t>2025 Q10.</w:t>
      </w:r>
      <w:r>
        <w:t xml:space="preserve"> What is the correct order of operations for finishing the timber of a completed woodworking project?</w:t>
      </w:r>
    </w:p>
    <w:p>
      <w:pPr>
        <w:pStyle w:val="ListBullet"/>
        <w:spacing w:after="20"/>
      </w:pPr>
      <w:r>
        <w:t>(A) Sand, raise the grain, sand, apply finish, buff/polish</w:t>
      </w:r>
    </w:p>
    <w:p>
      <w:pPr>
        <w:pStyle w:val="ListBullet"/>
        <w:spacing w:after="20"/>
      </w:pPr>
      <w:r>
        <w:t>(B) Buff/polish, sand, raise the grain, sand, apply finish</w:t>
      </w:r>
    </w:p>
    <w:p>
      <w:pPr>
        <w:pStyle w:val="ListBullet"/>
        <w:spacing w:after="20"/>
      </w:pPr>
      <w:r>
        <w:t>(C) Sand, buff/polish, raise the grain, sand, apply finish</w:t>
      </w:r>
    </w:p>
    <w:p>
      <w:pPr>
        <w:pStyle w:val="ListBullet"/>
        <w:spacing w:after="20"/>
      </w:pPr>
      <w:r>
        <w:t>(D) Apply finish, sand, raise the grain, buff/polish, sand</w:t>
      </w:r>
    </w:p>
    <w:p>
      <w:pPr>
        <w:pStyle w:val="Heading2"/>
        <w:keepNext/>
      </w:pPr>
      <w:r>
        <w:t>2024</w:t>
      </w:r>
    </w:p>
    <w:p>
      <w:pPr>
        <w:spacing w:after="60"/>
      </w:pPr>
      <w:r>
        <w:rPr>
          <w:b/>
        </w:rPr>
        <w:t>2024 Q1.</w:t>
      </w:r>
      <w:r>
        <w:t xml:space="preserve"> Which of the following is an everyday use for timber filler in woodworking?</w:t>
      </w:r>
    </w:p>
    <w:p>
      <w:pPr>
        <w:pStyle w:val="ListBullet"/>
        <w:spacing w:after="20"/>
      </w:pPr>
      <w:r>
        <w:t>(A) Staining wood surfaces</w:t>
      </w:r>
    </w:p>
    <w:p>
      <w:pPr>
        <w:pStyle w:val="ListBullet"/>
        <w:spacing w:after="20"/>
      </w:pPr>
      <w:r>
        <w:t>(B) Smoothing out imperfections in wood</w:t>
      </w:r>
    </w:p>
    <w:p>
      <w:pPr>
        <w:pStyle w:val="ListBullet"/>
        <w:spacing w:after="20"/>
      </w:pPr>
      <w:r>
        <w:t>(C) Adding structural strength to wood joints</w:t>
      </w:r>
    </w:p>
    <w:p>
      <w:pPr>
        <w:pStyle w:val="ListBullet"/>
        <w:spacing w:after="20"/>
      </w:pPr>
      <w:r>
        <w:t>(D) Enhancing the durability of outdoor furniture</w:t>
      </w:r>
    </w:p>
    <w:p>
      <w:pPr>
        <w:spacing w:after="60"/>
      </w:pPr>
      <w:r>
        <w:rPr>
          <w:b/>
        </w:rPr>
        <w:t>2024 Q2.</w:t>
      </w:r>
      <w:r>
        <w:t xml:space="preserve"> Which is the most appropriate classification of a biscuit joint?</w:t>
      </w:r>
    </w:p>
    <w:p>
      <w:pPr>
        <w:pStyle w:val="ListBullet"/>
        <w:spacing w:after="20"/>
      </w:pPr>
      <w:r>
        <w:t>(A) Drawer</w:t>
      </w:r>
    </w:p>
    <w:p>
      <w:pPr>
        <w:pStyle w:val="ListBullet"/>
        <w:spacing w:after="20"/>
      </w:pPr>
      <w:r>
        <w:t>(B) Carcase</w:t>
      </w:r>
    </w:p>
    <w:p>
      <w:pPr>
        <w:pStyle w:val="ListBullet"/>
        <w:spacing w:after="20"/>
      </w:pPr>
      <w:r>
        <w:t>(C) Framing</w:t>
      </w:r>
    </w:p>
    <w:p>
      <w:pPr>
        <w:pStyle w:val="ListBullet"/>
        <w:spacing w:after="20"/>
      </w:pPr>
      <w:r>
        <w:t>(D) Widening</w:t>
      </w:r>
    </w:p>
    <w:p>
      <w:pPr>
        <w:spacing w:after="60"/>
      </w:pPr>
      <w:r>
        <w:rPr>
          <w:b/>
        </w:rPr>
        <w:t>2024 Q3.</w:t>
      </w:r>
      <w:r>
        <w:t xml:space="preserve"> What does ‘DAR’ indicate?</w:t>
      </w:r>
    </w:p>
    <w:p>
      <w:pPr>
        <w:pStyle w:val="ListBullet"/>
        <w:spacing w:after="20"/>
      </w:pPr>
      <w:r>
        <w:t>(A) Dry and ready</w:t>
      </w:r>
    </w:p>
    <w:p>
      <w:pPr>
        <w:pStyle w:val="ListBullet"/>
        <w:spacing w:after="20"/>
      </w:pPr>
      <w:r>
        <w:t>(B) Dressed all round</w:t>
      </w:r>
    </w:p>
    <w:p>
      <w:pPr>
        <w:pStyle w:val="ListBullet"/>
        <w:spacing w:after="20"/>
      </w:pPr>
      <w:r>
        <w:t>(C) Durable and resistant</w:t>
      </w:r>
    </w:p>
    <w:p>
      <w:pPr>
        <w:pStyle w:val="ListBullet"/>
        <w:spacing w:after="20"/>
      </w:pPr>
      <w:r>
        <w:t>(D) Delaminated and restored</w:t>
      </w:r>
    </w:p>
    <w:p>
      <w:pPr>
        <w:spacing w:after="60"/>
      </w:pPr>
      <w:r>
        <w:rPr>
          <w:b/>
        </w:rPr>
        <w:t>2024 Q4.</w:t>
      </w:r>
      <w:r>
        <w:t xml:space="preserve"> Which saw is used to cut timber along the grain?</w:t>
      </w:r>
    </w:p>
    <w:p>
      <w:pPr>
        <w:pStyle w:val="ListBullet"/>
        <w:spacing w:after="20"/>
      </w:pPr>
      <w:r>
        <w:t>(A) Rip saw</w:t>
      </w:r>
    </w:p>
    <w:p>
      <w:pPr>
        <w:pStyle w:val="ListBullet"/>
        <w:spacing w:after="20"/>
      </w:pPr>
      <w:r>
        <w:t>(B) Back saw</w:t>
      </w:r>
    </w:p>
    <w:p>
      <w:pPr>
        <w:pStyle w:val="ListBullet"/>
        <w:spacing w:after="20"/>
      </w:pPr>
      <w:r>
        <w:t>(C) Coping saw</w:t>
      </w:r>
    </w:p>
    <w:p>
      <w:pPr>
        <w:pStyle w:val="ListBullet"/>
        <w:spacing w:after="20"/>
      </w:pPr>
      <w:r>
        <w:t>(D) Dovetail saw</w:t>
      </w:r>
    </w:p>
    <w:p>
      <w:pPr>
        <w:spacing w:after="60"/>
      </w:pPr>
      <w:r>
        <w:rPr>
          <w:b/>
        </w:rPr>
        <w:t>2024 Q5.</w:t>
      </w:r>
      <w:r>
        <w:t xml:space="preserve"> What is the primary purpose of incorporating additional materials, such as glass, to woodworking projects?</w:t>
      </w:r>
    </w:p>
    <w:p>
      <w:pPr>
        <w:pStyle w:val="ListBullet"/>
        <w:spacing w:after="20"/>
      </w:pPr>
      <w:r>
        <w:t>(A) To improve the ease of project assembly</w:t>
      </w:r>
    </w:p>
    <w:p>
      <w:pPr>
        <w:pStyle w:val="ListBullet"/>
        <w:spacing w:after="20"/>
      </w:pPr>
      <w:r>
        <w:t>(B) To prevent damage during transportation</w:t>
      </w:r>
    </w:p>
    <w:p>
      <w:pPr>
        <w:pStyle w:val="ListBullet"/>
        <w:spacing w:after="20"/>
      </w:pPr>
      <w:r>
        <w:t>(C) To increase the overall weight of the product</w:t>
      </w:r>
    </w:p>
    <w:p>
      <w:pPr>
        <w:pStyle w:val="ListBullet"/>
        <w:spacing w:after="20"/>
      </w:pPr>
      <w:r>
        <w:t>(D) To enhance the aesthetic appeal of the final product</w:t>
      </w:r>
    </w:p>
    <w:p>
      <w:pPr>
        <w:spacing w:after="60"/>
      </w:pPr>
      <w:r>
        <w:rPr>
          <w:b/>
        </w:rPr>
        <w:t>2024 Q6.</w:t>
      </w:r>
      <w:r>
        <w:t xml:space="preserve"> What is the primary environmental concern when purchasing exotic timbers?</w:t>
      </w:r>
    </w:p>
    <w:p>
      <w:pPr>
        <w:pStyle w:val="ListBullet"/>
        <w:spacing w:after="20"/>
      </w:pPr>
      <w:r>
        <w:t>(A) Durability</w:t>
      </w:r>
    </w:p>
    <w:p>
      <w:pPr>
        <w:pStyle w:val="ListBullet"/>
        <w:spacing w:after="20"/>
      </w:pPr>
      <w:r>
        <w:t>(B) Cost-effectiveness</w:t>
      </w:r>
    </w:p>
    <w:p>
      <w:pPr>
        <w:pStyle w:val="ListBullet"/>
        <w:spacing w:after="20"/>
      </w:pPr>
      <w:r>
        <w:t>(C) Sustainable sourcing</w:t>
      </w:r>
    </w:p>
    <w:p>
      <w:pPr>
        <w:pStyle w:val="ListBullet"/>
        <w:spacing w:after="20"/>
      </w:pPr>
      <w:r>
        <w:t>(D) Recycling and reusing</w:t>
      </w:r>
    </w:p>
    <w:p>
      <w:pPr>
        <w:spacing w:after="60"/>
      </w:pPr>
      <w:r>
        <w:rPr>
          <w:b/>
        </w:rPr>
        <w:t>2024 Q7.</w:t>
      </w:r>
      <w:r>
        <w:t xml:space="preserve"> Why should squareness and flatness be tested during dry assembly of components?</w:t>
      </w:r>
    </w:p>
    <w:p>
      <w:pPr>
        <w:pStyle w:val="ListBullet"/>
        <w:spacing w:after="20"/>
      </w:pPr>
      <w:r>
        <w:t>(A) To ensure the components meet aesthetic standards</w:t>
      </w:r>
    </w:p>
    <w:p>
      <w:pPr>
        <w:pStyle w:val="ListBullet"/>
        <w:spacing w:after="20"/>
      </w:pPr>
      <w:r>
        <w:t>(B) To guarantee proper alignment and uniformity in surfaces</w:t>
      </w:r>
    </w:p>
    <w:p>
      <w:pPr>
        <w:pStyle w:val="ListBullet"/>
        <w:spacing w:after="20"/>
      </w:pPr>
      <w:r>
        <w:t>(C) To confirm adherence to industry-specific safety standards</w:t>
      </w:r>
    </w:p>
    <w:p>
      <w:pPr>
        <w:pStyle w:val="ListBullet"/>
        <w:spacing w:after="20"/>
      </w:pPr>
      <w:r>
        <w:t>(D) To determine the components’ resistance to temperature changes</w:t>
      </w:r>
    </w:p>
    <w:p>
      <w:pPr>
        <w:spacing w:after="60"/>
      </w:pPr>
      <w:r>
        <w:rPr>
          <w:b/>
        </w:rPr>
        <w:t>2024 Q8.</w:t>
      </w:r>
      <w:r>
        <w:t xml:space="preserve"> Why do cabinet handles often include snap-off screws?</w:t>
      </w:r>
    </w:p>
    <w:p>
      <w:pPr>
        <w:pStyle w:val="ListBullet"/>
        <w:spacing w:after="20"/>
      </w:pPr>
      <w:r>
        <w:t>(A) They streamline the installation process.</w:t>
      </w:r>
    </w:p>
    <w:p>
      <w:pPr>
        <w:pStyle w:val="ListBullet"/>
        <w:spacing w:after="20"/>
      </w:pPr>
      <w:r>
        <w:t>(B) They provide security of the cabinet contents.</w:t>
      </w:r>
    </w:p>
    <w:p>
      <w:pPr>
        <w:pStyle w:val="ListBullet"/>
        <w:spacing w:after="20"/>
      </w:pPr>
      <w:r>
        <w:t>(C) They allow for easy adjustment of the screw length.</w:t>
      </w:r>
    </w:p>
    <w:p>
      <w:pPr>
        <w:pStyle w:val="ListBullet"/>
        <w:spacing w:after="20"/>
      </w:pPr>
      <w:r>
        <w:t>(D) They eliminate visible screw heads for a sleek design.</w:t>
      </w:r>
    </w:p>
    <w:p>
      <w:pPr>
        <w:spacing w:after="60"/>
      </w:pPr>
      <w:r>
        <w:rPr>
          <w:b/>
        </w:rPr>
        <w:t>2024 Q9.</w:t>
      </w:r>
      <w:r>
        <w:t xml:space="preserve"> Why is it important to include a materials list when planning a woodworking project?</w:t>
      </w:r>
    </w:p>
    <w:p>
      <w:pPr>
        <w:pStyle w:val="ListBullet"/>
        <w:spacing w:after="20"/>
      </w:pPr>
      <w:r>
        <w:t>(A) It provides final cutting dimensions.</w:t>
      </w:r>
    </w:p>
    <w:p>
      <w:pPr>
        <w:pStyle w:val="ListBullet"/>
        <w:spacing w:after="20"/>
      </w:pPr>
      <w:r>
        <w:t>(B) It reduces the environmental impact of the project.</w:t>
      </w:r>
    </w:p>
    <w:p>
      <w:pPr>
        <w:pStyle w:val="ListBullet"/>
        <w:spacing w:after="20"/>
      </w:pPr>
      <w:r>
        <w:t>(C) It ensures all necessary supplies are accounted for.</w:t>
      </w:r>
    </w:p>
    <w:p>
      <w:pPr>
        <w:pStyle w:val="ListBullet"/>
        <w:spacing w:after="20"/>
      </w:pPr>
      <w:r>
        <w:t>(D) It limits the choice of materials and resource options.</w:t>
      </w:r>
    </w:p>
    <w:p>
      <w:pPr>
        <w:spacing w:after="60"/>
      </w:pPr>
      <w:r>
        <w:rPr>
          <w:b/>
        </w:rPr>
        <w:t>2024 Q10.</w:t>
      </w:r>
      <w:r>
        <w:t xml:space="preserve"> Which order is the most appropriate for component preparation of framed cabinet doors?</w:t>
      </w:r>
    </w:p>
    <w:p>
      <w:pPr>
        <w:pStyle w:val="ListBullet"/>
        <w:spacing w:after="20"/>
      </w:pPr>
      <w:r>
        <w:t>(A) Stiles, rails, centre panel</w:t>
      </w:r>
    </w:p>
    <w:p>
      <w:pPr>
        <w:pStyle w:val="ListBullet"/>
        <w:spacing w:after="20"/>
      </w:pPr>
      <w:r>
        <w:t>(B) Centre panel, stiles, rails</w:t>
      </w:r>
    </w:p>
    <w:p>
      <w:pPr>
        <w:pStyle w:val="ListBullet"/>
        <w:spacing w:after="20"/>
      </w:pPr>
      <w:r>
        <w:t>(C) Centre panel, rails, stiles</w:t>
      </w:r>
    </w:p>
    <w:p>
      <w:pPr>
        <w:pStyle w:val="ListBullet"/>
        <w:spacing w:after="20"/>
      </w:pPr>
      <w:r>
        <w:t>(D) Rails, stiles, centre panel</w:t>
      </w:r>
    </w:p>
    <w:p>
      <w:pPr>
        <w:pStyle w:val="Heading2"/>
        <w:keepNext/>
      </w:pPr>
      <w:r>
        <w:t>2023</w:t>
      </w:r>
    </w:p>
    <w:p>
      <w:pPr>
        <w:spacing w:after="60"/>
      </w:pPr>
      <w:r>
        <w:rPr>
          <w:b/>
        </w:rPr>
        <w:t>2023 Q3.</w:t>
      </w:r>
      <w:r>
        <w:t xml:space="preserve"> Which type of hammer is used to extract nails from timber?</w:t>
      </w:r>
    </w:p>
    <w:p>
      <w:pPr>
        <w:pStyle w:val="ListBullet"/>
        <w:spacing w:after="20"/>
      </w:pPr>
      <w:r>
        <w:t>(A) Claw</w:t>
      </w:r>
    </w:p>
    <w:p>
      <w:pPr>
        <w:pStyle w:val="ListBullet"/>
        <w:spacing w:after="20"/>
      </w:pPr>
      <w:r>
        <w:t>(B) Ball pein</w:t>
      </w:r>
    </w:p>
    <w:p>
      <w:pPr>
        <w:pStyle w:val="ListBullet"/>
        <w:spacing w:after="20"/>
      </w:pPr>
      <w:r>
        <w:t>(C) Cross pein</w:t>
      </w:r>
    </w:p>
    <w:p>
      <w:pPr>
        <w:pStyle w:val="ListBullet"/>
        <w:spacing w:after="20"/>
      </w:pPr>
      <w:r>
        <w:t>(D) Warrington</w:t>
      </w:r>
    </w:p>
    <w:p>
      <w:pPr>
        <w:spacing w:after="60"/>
      </w:pPr>
      <w:r>
        <w:rPr>
          <w:b/>
        </w:rPr>
        <w:t>2023 Q4.</w:t>
      </w:r>
      <w:r>
        <w:t xml:space="preserve"> What is the primary benefit of incorporating a mitre joint in high-end furniture construction?</w:t>
      </w:r>
    </w:p>
    <w:p>
      <w:pPr>
        <w:pStyle w:val="ListBullet"/>
        <w:spacing w:after="20"/>
      </w:pPr>
      <w:r>
        <w:t>(A) It is easy to cut and join.</w:t>
      </w:r>
    </w:p>
    <w:p>
      <w:pPr>
        <w:pStyle w:val="ListBullet"/>
        <w:spacing w:after="20"/>
      </w:pPr>
      <w:r>
        <w:t>(B) Clamping is not required.</w:t>
      </w:r>
    </w:p>
    <w:p>
      <w:pPr>
        <w:pStyle w:val="ListBullet"/>
        <w:spacing w:after="20"/>
      </w:pPr>
      <w:r>
        <w:t>(C) It does not show end grain.</w:t>
      </w:r>
    </w:p>
    <w:p>
      <w:pPr>
        <w:pStyle w:val="ListBullet"/>
        <w:spacing w:after="20"/>
      </w:pPr>
      <w:r>
        <w:t>(D) A very strong joint is produced.</w:t>
      </w:r>
    </w:p>
    <w:p>
      <w:pPr>
        <w:spacing w:after="60"/>
      </w:pPr>
      <w:r>
        <w:rPr>
          <w:b/>
        </w:rPr>
        <w:t>2023 Q5.</w:t>
      </w:r>
      <w:r>
        <w:t xml:space="preserve"> Which method of turning would be most suited to producing a large bowl?</w:t>
      </w:r>
    </w:p>
    <w:p>
      <w:pPr>
        <w:pStyle w:val="ListBullet"/>
        <w:spacing w:after="20"/>
      </w:pPr>
      <w:r>
        <w:t>(A) Faceplate</w:t>
      </w:r>
    </w:p>
    <w:p>
      <w:pPr>
        <w:pStyle w:val="ListBullet"/>
        <w:spacing w:after="20"/>
      </w:pPr>
      <w:r>
        <w:t>(B) Parallel</w:t>
      </w:r>
    </w:p>
    <w:p>
      <w:pPr>
        <w:pStyle w:val="ListBullet"/>
        <w:spacing w:after="20"/>
      </w:pPr>
      <w:r>
        <w:t>(C) Spindle</w:t>
      </w:r>
    </w:p>
    <w:p>
      <w:pPr>
        <w:pStyle w:val="ListBullet"/>
        <w:spacing w:after="20"/>
      </w:pPr>
      <w:r>
        <w:t>(D) Taper</w:t>
      </w:r>
    </w:p>
    <w:p>
      <w:pPr>
        <w:spacing w:after="60"/>
      </w:pPr>
      <w:r>
        <w:rPr>
          <w:b/>
        </w:rPr>
        <w:t>2023 Q6.</w:t>
      </w:r>
      <w:r>
        <w:t xml:space="preserve"> The pitch of a wood screw is the distance</w:t>
      </w:r>
    </w:p>
    <w:p>
      <w:pPr>
        <w:pStyle w:val="ListBullet"/>
        <w:spacing w:after="20"/>
      </w:pPr>
      <w:r>
        <w:t>(A) between the head and the tip.</w:t>
      </w:r>
    </w:p>
    <w:p>
      <w:pPr>
        <w:pStyle w:val="ListBullet"/>
        <w:spacing w:after="20"/>
      </w:pPr>
      <w:r>
        <w:t>(B) between the adjacent threads.</w:t>
      </w:r>
    </w:p>
    <w:p>
      <w:pPr>
        <w:pStyle w:val="ListBullet"/>
        <w:spacing w:after="20"/>
      </w:pPr>
      <w:r>
        <w:t>(C) from the head to the unthreaded portion.</w:t>
      </w:r>
    </w:p>
    <w:p>
      <w:pPr>
        <w:pStyle w:val="ListBullet"/>
        <w:spacing w:after="20"/>
      </w:pPr>
      <w:r>
        <w:t>(D) from the tip to the end of the threaded portion.</w:t>
      </w:r>
    </w:p>
    <w:p>
      <w:pPr>
        <w:spacing w:after="60"/>
      </w:pPr>
      <w:r>
        <w:rPr>
          <w:b/>
        </w:rPr>
        <w:t>2023 Q8.</w:t>
      </w:r>
      <w:r>
        <w:t xml:space="preserve"> What is the most common type of adhesive used in the production of plywood?</w:t>
      </w:r>
    </w:p>
    <w:p>
      <w:pPr>
        <w:pStyle w:val="ListBullet"/>
        <w:spacing w:after="20"/>
      </w:pPr>
      <w:r>
        <w:t>(A) Hot melt glue</w:t>
      </w:r>
    </w:p>
    <w:p>
      <w:pPr>
        <w:pStyle w:val="ListBullet"/>
        <w:spacing w:after="20"/>
      </w:pPr>
      <w:r>
        <w:t>(B) Contact adhesive</w:t>
      </w:r>
    </w:p>
    <w:p>
      <w:pPr>
        <w:pStyle w:val="ListBullet"/>
        <w:spacing w:after="20"/>
      </w:pPr>
      <w:r>
        <w:t>(C) Polyurethane glue</w:t>
      </w:r>
    </w:p>
    <w:p>
      <w:pPr>
        <w:pStyle w:val="ListBullet"/>
        <w:spacing w:after="20"/>
      </w:pPr>
      <w:r>
        <w:t>(D) Urea formaldehyde</w:t>
      </w:r>
    </w:p>
    <w:p>
      <w:pPr>
        <w:spacing w:after="60"/>
      </w:pPr>
      <w:r>
        <w:rPr>
          <w:b/>
        </w:rPr>
        <w:t>2023 Q9.</w:t>
      </w:r>
      <w:r>
        <w:t xml:space="preserve"> What is the name for a bump, swelling or bulge that grows on the trunk of a tree?</w:t>
      </w:r>
    </w:p>
    <w:p>
      <w:pPr>
        <w:pStyle w:val="ListBullet"/>
        <w:spacing w:after="20"/>
      </w:pPr>
      <w:r>
        <w:t>(A) Burl</w:t>
      </w:r>
    </w:p>
    <w:p>
      <w:pPr>
        <w:pStyle w:val="ListBullet"/>
        <w:spacing w:after="20"/>
      </w:pPr>
      <w:r>
        <w:t>(B) Flitch</w:t>
      </w:r>
    </w:p>
    <w:p>
      <w:pPr>
        <w:pStyle w:val="ListBullet"/>
        <w:spacing w:after="20"/>
      </w:pPr>
      <w:r>
        <w:t>(C) Sapwood</w:t>
      </w:r>
    </w:p>
    <w:p>
      <w:pPr>
        <w:pStyle w:val="ListBullet"/>
        <w:spacing w:after="20"/>
      </w:pPr>
      <w:r>
        <w:t>(D) Shake</w:t>
      </w:r>
    </w:p>
    <w:p>
      <w:pPr>
        <w:spacing w:after="60"/>
      </w:pPr>
      <w:r>
        <w:rPr>
          <w:b/>
        </w:rPr>
        <w:t>2023 Q10.</w:t>
      </w:r>
      <w:r>
        <w:t xml:space="preserve"> What is the main disadvantage of using a water-based finish on timber rather than an oil-based finish?</w:t>
      </w:r>
    </w:p>
    <w:p>
      <w:pPr>
        <w:pStyle w:val="ListBullet"/>
        <w:spacing w:after="20"/>
      </w:pPr>
      <w:r>
        <w:t>(A) It will stain timber yellow.</w:t>
      </w:r>
    </w:p>
    <w:p>
      <w:pPr>
        <w:pStyle w:val="ListBullet"/>
        <w:spacing w:after="20"/>
      </w:pPr>
      <w:r>
        <w:t>(B) It makes timber look unnatural.</w:t>
      </w:r>
    </w:p>
    <w:p>
      <w:pPr>
        <w:pStyle w:val="ListBullet"/>
        <w:spacing w:after="20"/>
      </w:pPr>
      <w:r>
        <w:t>(C) It will darken timber over time.</w:t>
      </w:r>
    </w:p>
    <w:p>
      <w:pPr>
        <w:pStyle w:val="ListBullet"/>
        <w:spacing w:after="20"/>
      </w:pPr>
      <w:r>
        <w:t>(D) It changes the texture of timber.</w:t>
      </w:r>
    </w:p>
    <w:p>
      <w:pPr>
        <w:pStyle w:val="Heading2"/>
        <w:keepNext/>
      </w:pPr>
      <w:r>
        <w:t>2022</w:t>
      </w:r>
    </w:p>
    <w:p>
      <w:pPr>
        <w:spacing w:after="60"/>
      </w:pPr>
      <w:r>
        <w:rPr>
          <w:b/>
        </w:rPr>
        <w:t>2022 Q2.</w:t>
      </w:r>
      <w:r>
        <w:t xml:space="preserve"> Where would you normally find a box pin joint?</w:t>
      </w:r>
    </w:p>
    <w:p>
      <w:pPr>
        <w:pStyle w:val="ListBullet"/>
        <w:spacing w:after="20"/>
      </w:pPr>
      <w:r>
        <w:t>(A) Doorframe</w:t>
      </w:r>
    </w:p>
    <w:p>
      <w:pPr>
        <w:pStyle w:val="ListBullet"/>
        <w:spacing w:after="20"/>
      </w:pPr>
      <w:r>
        <w:t>(B) Drawer</w:t>
      </w:r>
    </w:p>
    <w:p>
      <w:pPr>
        <w:pStyle w:val="ListBullet"/>
        <w:spacing w:after="20"/>
      </w:pPr>
      <w:r>
        <w:t>(C) Shelf</w:t>
      </w:r>
    </w:p>
    <w:p>
      <w:pPr>
        <w:pStyle w:val="ListBullet"/>
        <w:spacing w:after="20"/>
      </w:pPr>
      <w:r>
        <w:t>(D) Table</w:t>
      </w:r>
    </w:p>
    <w:p>
      <w:pPr>
        <w:spacing w:after="60"/>
      </w:pPr>
      <w:r>
        <w:rPr>
          <w:b/>
        </w:rPr>
        <w:t>2022 Q3.</w:t>
      </w:r>
      <w:r>
        <w:t xml:space="preserve"> Hot melt glue is commonly used for</w:t>
      </w:r>
    </w:p>
    <w:p>
      <w:pPr>
        <w:pStyle w:val="ListBullet"/>
        <w:spacing w:after="20"/>
      </w:pPr>
      <w:r>
        <w:t>(A) dovetail joints.</w:t>
      </w:r>
    </w:p>
    <w:p>
      <w:pPr>
        <w:pStyle w:val="ListBullet"/>
        <w:spacing w:after="20"/>
      </w:pPr>
      <w:r>
        <w:t>(B) temporary joinery.</w:t>
      </w:r>
    </w:p>
    <w:p>
      <w:pPr>
        <w:pStyle w:val="ListBullet"/>
        <w:spacing w:after="20"/>
      </w:pPr>
      <w:r>
        <w:t>(C) attaching a leg to a rail.</w:t>
      </w:r>
    </w:p>
    <w:p>
      <w:pPr>
        <w:pStyle w:val="ListBullet"/>
        <w:spacing w:after="20"/>
      </w:pPr>
      <w:r>
        <w:t>(D) mortice and tenon joints.</w:t>
      </w:r>
    </w:p>
    <w:p>
      <w:pPr>
        <w:spacing w:after="60"/>
      </w:pPr>
      <w:r>
        <w:rPr>
          <w:b/>
        </w:rPr>
        <w:t>2022 Q4.</w:t>
      </w:r>
      <w:r>
        <w:t xml:space="preserve"> In which situation would you commonly use a staple gun?</w:t>
      </w:r>
    </w:p>
    <w:p>
      <w:pPr>
        <w:pStyle w:val="ListBullet"/>
        <w:spacing w:after="20"/>
      </w:pPr>
      <w:r>
        <w:t>(A) Joining thin pieces of timber</w:t>
      </w:r>
    </w:p>
    <w:p>
      <w:pPr>
        <w:pStyle w:val="ListBullet"/>
        <w:spacing w:after="20"/>
      </w:pPr>
      <w:r>
        <w:t>(B) For scarf joints on thin materials</w:t>
      </w:r>
    </w:p>
    <w:p>
      <w:pPr>
        <w:pStyle w:val="ListBullet"/>
        <w:spacing w:after="20"/>
      </w:pPr>
      <w:r>
        <w:t>(C) Where it is difficult to put in nails</w:t>
      </w:r>
    </w:p>
    <w:p>
      <w:pPr>
        <w:pStyle w:val="ListBullet"/>
        <w:spacing w:after="20"/>
      </w:pPr>
      <w:r>
        <w:t>(D) For joining a thin sheet to a carcase</w:t>
      </w:r>
    </w:p>
    <w:p>
      <w:pPr>
        <w:spacing w:after="60"/>
      </w:pPr>
      <w:r>
        <w:rPr>
          <w:b/>
        </w:rPr>
        <w:t>2022 Q5.</w:t>
      </w:r>
      <w:r>
        <w:t xml:space="preserve"> What is the benefit of cutting grooves for a floating bottom in drawer construction?</w:t>
      </w:r>
    </w:p>
    <w:p>
      <w:pPr>
        <w:pStyle w:val="ListBullet"/>
        <w:spacing w:after="20"/>
      </w:pPr>
      <w:r>
        <w:t>(A) It is easier to construct</w:t>
      </w:r>
    </w:p>
    <w:p>
      <w:pPr>
        <w:pStyle w:val="ListBullet"/>
        <w:spacing w:after="20"/>
      </w:pPr>
      <w:r>
        <w:t>(B) It is cheaper to construct</w:t>
      </w:r>
    </w:p>
    <w:p>
      <w:pPr>
        <w:pStyle w:val="ListBullet"/>
        <w:spacing w:after="20"/>
      </w:pPr>
      <w:r>
        <w:t>(C) It provides more gluing area</w:t>
      </w:r>
    </w:p>
    <w:p>
      <w:pPr>
        <w:pStyle w:val="ListBullet"/>
        <w:spacing w:after="20"/>
      </w:pPr>
      <w:r>
        <w:t>(D) It allows for seasonal movement</w:t>
      </w:r>
    </w:p>
    <w:p>
      <w:pPr>
        <w:spacing w:after="60"/>
      </w:pPr>
      <w:r>
        <w:rPr>
          <w:b/>
        </w:rPr>
        <w:t>2022 Q8.</w:t>
      </w:r>
      <w:r>
        <w:t xml:space="preserve"> Which joint could be strengthened by the use of a groove and feather?</w:t>
      </w:r>
    </w:p>
    <w:p>
      <w:pPr>
        <w:pStyle w:val="ListBullet"/>
        <w:spacing w:after="20"/>
      </w:pPr>
      <w:r>
        <w:t>(A) Mitre</w:t>
      </w:r>
    </w:p>
    <w:p>
      <w:pPr>
        <w:pStyle w:val="ListBullet"/>
        <w:spacing w:after="20"/>
      </w:pPr>
      <w:r>
        <w:t>(B) Finger</w:t>
      </w:r>
    </w:p>
    <w:p>
      <w:pPr>
        <w:pStyle w:val="ListBullet"/>
        <w:spacing w:after="20"/>
      </w:pPr>
      <w:r>
        <w:t>(C) Box pin</w:t>
      </w:r>
    </w:p>
    <w:p>
      <w:pPr>
        <w:pStyle w:val="ListBullet"/>
        <w:spacing w:after="20"/>
      </w:pPr>
      <w:r>
        <w:t>(D) Dovetail</w:t>
      </w:r>
    </w:p>
    <w:p>
      <w:pPr>
        <w:spacing w:after="60"/>
      </w:pPr>
      <w:r>
        <w:rPr>
          <w:b/>
        </w:rPr>
        <w:t>2022 Q9.</w:t>
      </w:r>
      <w:r>
        <w:t xml:space="preserve"> Which of the following is a property of shellac?</w:t>
      </w:r>
    </w:p>
    <w:p>
      <w:pPr>
        <w:pStyle w:val="ListBullet"/>
        <w:spacing w:after="20"/>
      </w:pPr>
      <w:r>
        <w:t>(A) Fast drying</w:t>
      </w:r>
    </w:p>
    <w:p>
      <w:pPr>
        <w:pStyle w:val="ListBullet"/>
        <w:spacing w:after="20"/>
      </w:pPr>
      <w:r>
        <w:t>(B) Water based</w:t>
      </w:r>
    </w:p>
    <w:p>
      <w:pPr>
        <w:pStyle w:val="ListBullet"/>
        <w:spacing w:after="20"/>
      </w:pPr>
      <w:r>
        <w:t>(C) Water proof</w:t>
      </w:r>
    </w:p>
    <w:p>
      <w:pPr>
        <w:pStyle w:val="ListBullet"/>
        <w:spacing w:after="20"/>
      </w:pPr>
      <w:r>
        <w:t>(D) Hard wearing</w:t>
      </w:r>
    </w:p>
    <w:p>
      <w:pPr>
        <w:spacing w:after="60"/>
      </w:pPr>
      <w:r>
        <w:rPr>
          <w:b/>
        </w:rPr>
        <w:t>2022 Q10.</w:t>
      </w:r>
      <w:r>
        <w:t xml:space="preserve"> Where would a scribed joint be used?</w:t>
      </w:r>
    </w:p>
    <w:p>
      <w:pPr>
        <w:pStyle w:val="ListBullet"/>
        <w:spacing w:after="20"/>
      </w:pPr>
      <w:r>
        <w:t>(A) In toolbox assembly</w:t>
      </w:r>
    </w:p>
    <w:p>
      <w:pPr>
        <w:pStyle w:val="ListBullet"/>
        <w:spacing w:after="20"/>
      </w:pPr>
      <w:r>
        <w:t>(B) Joining window frames</w:t>
      </w:r>
    </w:p>
    <w:p>
      <w:pPr>
        <w:pStyle w:val="ListBullet"/>
        <w:spacing w:after="20"/>
      </w:pPr>
      <w:r>
        <w:t>(C) In carcase construction</w:t>
      </w:r>
    </w:p>
    <w:p>
      <w:pPr>
        <w:pStyle w:val="ListBullet"/>
        <w:spacing w:after="20"/>
      </w:pPr>
      <w:r>
        <w:t>(D) Joining moulded boards</w:t>
      </w:r>
    </w:p>
    <w:p>
      <w:pPr>
        <w:pStyle w:val="Heading2"/>
        <w:keepNext/>
      </w:pPr>
      <w:r>
        <w:t>2021</w:t>
      </w:r>
    </w:p>
    <w:p>
      <w:pPr>
        <w:spacing w:after="60"/>
      </w:pPr>
      <w:r>
        <w:rPr>
          <w:b/>
        </w:rPr>
        <w:t>2021 Q1.</w:t>
      </w:r>
      <w:r>
        <w:t xml:space="preserve"> What is the first step in timber preparation?</w:t>
      </w:r>
    </w:p>
    <w:p>
      <w:pPr>
        <w:pStyle w:val="ListBullet"/>
        <w:spacing w:after="20"/>
      </w:pPr>
      <w:r>
        <w:t>(A) Select face side</w:t>
      </w:r>
    </w:p>
    <w:p>
      <w:pPr>
        <w:pStyle w:val="ListBullet"/>
        <w:spacing w:after="20"/>
      </w:pPr>
      <w:r>
        <w:t>(B) Gauge to width</w:t>
      </w:r>
    </w:p>
    <w:p>
      <w:pPr>
        <w:pStyle w:val="ListBullet"/>
        <w:spacing w:after="20"/>
      </w:pPr>
      <w:r>
        <w:t>(C) Select face edge</w:t>
      </w:r>
    </w:p>
    <w:p>
      <w:pPr>
        <w:pStyle w:val="ListBullet"/>
        <w:spacing w:after="20"/>
      </w:pPr>
      <w:r>
        <w:t>(D) Gauge to thickness</w:t>
      </w:r>
    </w:p>
    <w:p>
      <w:pPr>
        <w:spacing w:after="60"/>
      </w:pPr>
      <w:r>
        <w:rPr>
          <w:b/>
        </w:rPr>
        <w:t>2021 Q3.</w:t>
      </w:r>
      <w:r>
        <w:t xml:space="preserve"> Which of the following lists two carcase joints?</w:t>
      </w:r>
    </w:p>
    <w:p>
      <w:pPr>
        <w:pStyle w:val="ListBullet"/>
        <w:spacing w:after="20"/>
      </w:pPr>
      <w:r>
        <w:t>(A) Dovetail, housing</w:t>
      </w:r>
    </w:p>
    <w:p>
      <w:pPr>
        <w:pStyle w:val="ListBullet"/>
        <w:spacing w:after="20"/>
      </w:pPr>
      <w:r>
        <w:t>(B) Corner halving, dovetail</w:t>
      </w:r>
    </w:p>
    <w:p>
      <w:pPr>
        <w:pStyle w:val="ListBullet"/>
        <w:spacing w:after="20"/>
      </w:pPr>
      <w:r>
        <w:t>(C) Tongue and groove, scribed</w:t>
      </w:r>
    </w:p>
    <w:p>
      <w:pPr>
        <w:pStyle w:val="ListBullet"/>
        <w:spacing w:after="20"/>
      </w:pPr>
      <w:r>
        <w:t>(D) Groove and feather, mortise and tenon</w:t>
      </w:r>
    </w:p>
    <w:p>
      <w:pPr>
        <w:spacing w:after="60"/>
      </w:pPr>
      <w:r>
        <w:rPr>
          <w:b/>
        </w:rPr>
        <w:t>2021 Q4.</w:t>
      </w:r>
      <w:r>
        <w:t xml:space="preserve"> Which term is used for timber that is very finely sliced?</w:t>
      </w:r>
    </w:p>
    <w:p>
      <w:pPr>
        <w:pStyle w:val="ListBullet"/>
        <w:spacing w:after="20"/>
      </w:pPr>
      <w:r>
        <w:t>(A) Biscuit</w:t>
      </w:r>
    </w:p>
    <w:p>
      <w:pPr>
        <w:pStyle w:val="ListBullet"/>
        <w:spacing w:after="20"/>
      </w:pPr>
      <w:r>
        <w:t>(B) Intarsia</w:t>
      </w:r>
    </w:p>
    <w:p>
      <w:pPr>
        <w:pStyle w:val="ListBullet"/>
        <w:spacing w:after="20"/>
      </w:pPr>
      <w:r>
        <w:t>(C) Parquetry</w:t>
      </w:r>
    </w:p>
    <w:p>
      <w:pPr>
        <w:pStyle w:val="ListBullet"/>
        <w:spacing w:after="20"/>
      </w:pPr>
      <w:r>
        <w:t>(D) Veneer</w:t>
      </w:r>
    </w:p>
    <w:p>
      <w:pPr>
        <w:spacing w:after="60"/>
      </w:pPr>
      <w:r>
        <w:rPr>
          <w:b/>
        </w:rPr>
        <w:t>2021 Q6.</w:t>
      </w:r>
      <w:r>
        <w:t xml:space="preserve"> The drawing shows a nail being extracted. Block of timber Why is the block of timber placed under the pincers?</w:t>
      </w:r>
    </w:p>
    <w:p>
      <w:pPr>
        <w:pStyle w:val="ListBullet"/>
        <w:spacing w:after="20"/>
      </w:pPr>
      <w:r>
        <w:t>(A) Give a better finish</w:t>
      </w:r>
    </w:p>
    <w:p>
      <w:pPr>
        <w:pStyle w:val="ListBullet"/>
        <w:spacing w:after="20"/>
      </w:pPr>
      <w:r>
        <w:t>(B) Give better leverage</w:t>
      </w:r>
    </w:p>
    <w:p>
      <w:pPr>
        <w:pStyle w:val="ListBullet"/>
        <w:spacing w:after="20"/>
      </w:pPr>
      <w:r>
        <w:t>(C) Prevent the nail from bending</w:t>
      </w:r>
    </w:p>
    <w:p>
      <w:pPr>
        <w:pStyle w:val="ListBullet"/>
        <w:spacing w:after="20"/>
      </w:pPr>
      <w:r>
        <w:t>(D) Prevent the nail from breaking</w:t>
      </w:r>
    </w:p>
    <w:p>
      <w:pPr>
        <w:spacing w:after="60"/>
      </w:pPr>
      <w:r>
        <w:rPr>
          <w:b/>
        </w:rPr>
        <w:t>2021 Q8.</w:t>
      </w:r>
      <w:r>
        <w:t xml:space="preserve"> The diagram shows a knockdown joint. What type of fastener is used?</w:t>
      </w:r>
    </w:p>
    <w:p>
      <w:pPr>
        <w:pStyle w:val="ListBullet"/>
        <w:spacing w:after="20"/>
      </w:pPr>
      <w:r>
        <w:t>(A) Cam lock</w:t>
      </w:r>
    </w:p>
    <w:p>
      <w:pPr>
        <w:pStyle w:val="ListBullet"/>
        <w:spacing w:after="20"/>
      </w:pPr>
      <w:r>
        <w:t>(B) Coach screw</w:t>
      </w:r>
    </w:p>
    <w:p>
      <w:pPr>
        <w:pStyle w:val="ListBullet"/>
        <w:spacing w:after="20"/>
      </w:pPr>
      <w:r>
        <w:t>(C) Connector bolt</w:t>
      </w:r>
    </w:p>
    <w:p>
      <w:pPr>
        <w:pStyle w:val="ListBullet"/>
        <w:spacing w:after="20"/>
      </w:pPr>
      <w:r>
        <w:t>(D) Threaded insert</w:t>
      </w:r>
    </w:p>
    <w:p>
      <w:pPr>
        <w:spacing w:after="60"/>
      </w:pPr>
      <w:r>
        <w:rPr>
          <w:b/>
        </w:rPr>
        <w:t>2021 Q9.</w:t>
      </w:r>
      <w:r>
        <w:t xml:space="preserve"> Which liquid is mixed with ‘shellac’ to make French polish?</w:t>
      </w:r>
    </w:p>
    <w:p>
      <w:pPr>
        <w:pStyle w:val="ListBullet"/>
        <w:spacing w:after="20"/>
      </w:pPr>
      <w:r>
        <w:t>(A) Vinegar</w:t>
      </w:r>
    </w:p>
    <w:p>
      <w:pPr>
        <w:pStyle w:val="ListBullet"/>
        <w:spacing w:after="20"/>
      </w:pPr>
      <w:r>
        <w:t>(B) Acetone</w:t>
      </w:r>
    </w:p>
    <w:p>
      <w:pPr>
        <w:pStyle w:val="ListBullet"/>
        <w:spacing w:after="20"/>
      </w:pPr>
      <w:r>
        <w:t>(C) Turpentine</w:t>
      </w:r>
    </w:p>
    <w:p>
      <w:pPr>
        <w:pStyle w:val="ListBullet"/>
        <w:spacing w:after="20"/>
      </w:pPr>
      <w:r>
        <w:t>(D) Methylated spirits</w:t>
      </w:r>
    </w:p>
    <w:p>
      <w:pPr>
        <w:spacing w:after="60"/>
      </w:pPr>
      <w:r>
        <w:rPr>
          <w:b/>
        </w:rPr>
        <w:t>2021 Q10.</w:t>
      </w:r>
      <w:r>
        <w:t xml:space="preserve"> What is the disadvantage of converting logs into timber by the quarter sawing method?</w:t>
      </w:r>
    </w:p>
    <w:p>
      <w:pPr>
        <w:pStyle w:val="ListBullet"/>
        <w:spacing w:after="20"/>
      </w:pPr>
      <w:r>
        <w:t>(A) The timber will warp easily.</w:t>
      </w:r>
    </w:p>
    <w:p>
      <w:pPr>
        <w:pStyle w:val="ListBullet"/>
        <w:spacing w:after="20"/>
      </w:pPr>
      <w:r>
        <w:t>(B) The timber will shrink easily.</w:t>
      </w:r>
    </w:p>
    <w:p>
      <w:pPr>
        <w:pStyle w:val="ListBullet"/>
        <w:spacing w:after="20"/>
      </w:pPr>
      <w:r>
        <w:t>(C) A lot of wood is wasted in the process.</w:t>
      </w:r>
    </w:p>
    <w:p>
      <w:pPr>
        <w:pStyle w:val="ListBullet"/>
        <w:spacing w:after="20"/>
      </w:pPr>
      <w:r>
        <w:t>(D) The figure on the face is less attractive.</w:t>
      </w:r>
    </w:p>
    <w:p>
      <w:pPr>
        <w:pStyle w:val="Heading2"/>
        <w:keepNext/>
      </w:pPr>
      <w:r>
        <w:t>2020</w:t>
      </w:r>
    </w:p>
    <w:p>
      <w:pPr>
        <w:spacing w:after="60"/>
      </w:pPr>
      <w:r>
        <w:rPr>
          <w:b/>
        </w:rPr>
        <w:t>2020 Q3.</w:t>
      </w:r>
      <w:r>
        <w:t xml:space="preserve"> What is the most effective method of fixing upholstery to a stool?</w:t>
      </w:r>
    </w:p>
    <w:p>
      <w:pPr>
        <w:pStyle w:val="ListBullet"/>
        <w:spacing w:after="20"/>
      </w:pPr>
      <w:r>
        <w:t>(A) Nails</w:t>
      </w:r>
    </w:p>
    <w:p>
      <w:pPr>
        <w:pStyle w:val="ListBullet"/>
        <w:spacing w:after="20"/>
      </w:pPr>
      <w:r>
        <w:t>(B) Screws</w:t>
      </w:r>
    </w:p>
    <w:p>
      <w:pPr>
        <w:pStyle w:val="ListBullet"/>
        <w:spacing w:after="20"/>
      </w:pPr>
      <w:r>
        <w:t>(C) Staples</w:t>
      </w:r>
    </w:p>
    <w:p>
      <w:pPr>
        <w:pStyle w:val="ListBullet"/>
        <w:spacing w:after="20"/>
      </w:pPr>
      <w:r>
        <w:t>(D) Stitching</w:t>
      </w:r>
    </w:p>
    <w:p>
      <w:pPr>
        <w:spacing w:after="60"/>
      </w:pPr>
      <w:r>
        <w:rPr>
          <w:b/>
        </w:rPr>
        <w:t>2020 Q5.</w:t>
      </w:r>
      <w:r>
        <w:t xml:space="preserve"> Flat head nails are used in best practice cabinet work for attaching</w:t>
      </w:r>
    </w:p>
    <w:p>
      <w:pPr>
        <w:pStyle w:val="ListBullet"/>
        <w:spacing w:after="20"/>
      </w:pPr>
      <w:r>
        <w:t>(A) door handles.</w:t>
      </w:r>
    </w:p>
    <w:p>
      <w:pPr>
        <w:pStyle w:val="ListBullet"/>
        <w:spacing w:after="20"/>
      </w:pPr>
      <w:r>
        <w:t>(B) veneer edging.</w:t>
      </w:r>
    </w:p>
    <w:p>
      <w:pPr>
        <w:pStyle w:val="ListBullet"/>
        <w:spacing w:after="20"/>
      </w:pPr>
      <w:r>
        <w:t>(C) plywood backing.</w:t>
      </w:r>
    </w:p>
    <w:p>
      <w:pPr>
        <w:pStyle w:val="ListBullet"/>
        <w:spacing w:after="20"/>
      </w:pPr>
      <w:r>
        <w:t>(D) decorative moulding.</w:t>
      </w:r>
    </w:p>
    <w:p>
      <w:pPr>
        <w:spacing w:after="60"/>
      </w:pPr>
      <w:r>
        <w:rPr>
          <w:b/>
        </w:rPr>
        <w:t>2020 Q6.</w:t>
      </w:r>
      <w:r>
        <w:t xml:space="preserve"> Which row of the table correctly identifies features of a bolt and barrel knockdown fitting? Permanent         Suitable for use as a    Quick to             Requires special</w:t>
      </w:r>
    </w:p>
    <w:p>
      <w:pPr>
        <w:pStyle w:val="ListBullet"/>
        <w:spacing w:after="20"/>
      </w:pPr>
      <w:r>
        <w:t>(A) joint</w:t>
      </w:r>
    </w:p>
    <w:p>
      <w:pPr>
        <w:pStyle w:val="ListBullet"/>
        <w:spacing w:after="20"/>
      </w:pPr>
      <w:r>
        <w:t>(B) disassembled</w:t>
      </w:r>
    </w:p>
    <w:p>
      <w:pPr>
        <w:pStyle w:val="ListBullet"/>
        <w:spacing w:after="20"/>
      </w:pPr>
      <w:r>
        <w:t>(C) disassembled</w:t>
      </w:r>
    </w:p>
    <w:p>
      <w:pPr>
        <w:pStyle w:val="ListBullet"/>
        <w:spacing w:after="20"/>
      </w:pPr>
      <w:r>
        <w:t>(D) joint</w:t>
      </w:r>
    </w:p>
    <w:p>
      <w:pPr>
        <w:spacing w:after="60"/>
      </w:pPr>
      <w:r>
        <w:rPr>
          <w:b/>
        </w:rPr>
        <w:t>2020 Q7.</w:t>
      </w:r>
      <w:r>
        <w:t xml:space="preserve"> Which of the following is a characteristic of ‘green’ timber when compared to ‘seasoned’ timber?</w:t>
      </w:r>
    </w:p>
    <w:p>
      <w:pPr>
        <w:pStyle w:val="ListBullet"/>
        <w:spacing w:after="20"/>
      </w:pPr>
      <w:r>
        <w:t>(A) It is heavier</w:t>
      </w:r>
    </w:p>
    <w:p>
      <w:pPr>
        <w:pStyle w:val="ListBullet"/>
        <w:spacing w:after="20"/>
      </w:pPr>
      <w:r>
        <w:t>(B) It is more stable</w:t>
      </w:r>
    </w:p>
    <w:p>
      <w:pPr>
        <w:pStyle w:val="ListBullet"/>
        <w:spacing w:after="20"/>
      </w:pPr>
      <w:r>
        <w:t>(C) It contains less water</w:t>
      </w:r>
    </w:p>
    <w:p>
      <w:pPr>
        <w:pStyle w:val="ListBullet"/>
        <w:spacing w:after="20"/>
      </w:pPr>
      <w:r>
        <w:t>(D) It is more likely to contain seasoning defects</w:t>
      </w:r>
    </w:p>
    <w:p>
      <w:pPr>
        <w:spacing w:after="60"/>
      </w:pPr>
      <w:r>
        <w:rPr>
          <w:b/>
        </w:rPr>
        <w:t>2020 Q8.</w:t>
      </w:r>
      <w:r>
        <w:t xml:space="preserve"> A mark is circled on a piece of timber. What is the purpose of the mark circled?</w:t>
      </w:r>
    </w:p>
    <w:p>
      <w:pPr>
        <w:pStyle w:val="ListBullet"/>
        <w:spacing w:after="20"/>
      </w:pPr>
      <w:r>
        <w:t>(A) The mark shows the end of the timber</w:t>
      </w:r>
    </w:p>
    <w:p>
      <w:pPr>
        <w:pStyle w:val="ListBullet"/>
        <w:spacing w:after="20"/>
      </w:pPr>
      <w:r>
        <w:t>(B) The mark shows where to cut the timber</w:t>
      </w:r>
    </w:p>
    <w:p>
      <w:pPr>
        <w:pStyle w:val="ListBullet"/>
        <w:spacing w:after="20"/>
      </w:pPr>
      <w:r>
        <w:t>(C) The mark shows the face side and face edge</w:t>
      </w:r>
    </w:p>
    <w:p>
      <w:pPr>
        <w:pStyle w:val="ListBullet"/>
        <w:spacing w:after="20"/>
      </w:pPr>
      <w:r>
        <w:t>(D) The mark shows where to apply an edge treatment</w:t>
      </w:r>
    </w:p>
    <w:p>
      <w:pPr>
        <w:spacing w:after="60"/>
      </w:pPr>
      <w:r>
        <w:rPr>
          <w:b/>
        </w:rPr>
        <w:t>2020 Q9.</w:t>
      </w:r>
      <w:r>
        <w:t xml:space="preserve"> Which tool is best for testing the flatness of a table top?</w:t>
      </w:r>
    </w:p>
    <w:p>
      <w:pPr>
        <w:pStyle w:val="ListBullet"/>
        <w:spacing w:after="20"/>
      </w:pPr>
      <w:r>
        <w:t>(A) Calipers</w:t>
      </w:r>
    </w:p>
    <w:p>
      <w:pPr>
        <w:pStyle w:val="ListBullet"/>
        <w:spacing w:after="20"/>
      </w:pPr>
      <w:r>
        <w:t>(B) Trammel</w:t>
      </w:r>
    </w:p>
    <w:p>
      <w:pPr>
        <w:pStyle w:val="ListBullet"/>
        <w:spacing w:after="20"/>
      </w:pPr>
      <w:r>
        <w:t>(C) Straight edge</w:t>
      </w:r>
    </w:p>
    <w:p>
      <w:pPr>
        <w:pStyle w:val="ListBullet"/>
        <w:spacing w:after="20"/>
      </w:pPr>
      <w:r>
        <w:t>(D) Winding sticks</w:t>
      </w:r>
    </w:p>
    <w:p>
      <w:pPr>
        <w:spacing w:after="60"/>
      </w:pPr>
      <w:r>
        <w:rPr>
          <w:b/>
        </w:rPr>
        <w:t>2020 Q10.</w:t>
      </w:r>
      <w:r>
        <w:t xml:space="preserve"> Which row of the table is correct for medium-density fibreboard? Structure             Application                  Adhesive        Origin</w:t>
      </w:r>
    </w:p>
    <w:p>
      <w:pPr>
        <w:pStyle w:val="ListBullet"/>
        <w:spacing w:after="20"/>
      </w:pPr>
      <w:r>
        <w:t>(A) Coarse particles</w:t>
      </w:r>
    </w:p>
    <w:p>
      <w:pPr>
        <w:pStyle w:val="ListBullet"/>
        <w:spacing w:after="20"/>
      </w:pPr>
      <w:r>
        <w:t>(B) Fine particles</w:t>
      </w:r>
    </w:p>
    <w:p>
      <w:pPr>
        <w:pStyle w:val="ListBullet"/>
        <w:spacing w:after="20"/>
      </w:pPr>
      <w:r>
        <w:t>(C) Coarse particles</w:t>
      </w:r>
    </w:p>
    <w:p>
      <w:pPr>
        <w:pStyle w:val="ListBullet"/>
        <w:spacing w:after="20"/>
      </w:pPr>
      <w:r>
        <w:t>(D) Fine particles</w:t>
      </w:r>
    </w:p>
    <w:p>
      <w:pPr>
        <w:pStyle w:val="Heading2"/>
        <w:keepNext/>
      </w:pPr>
      <w:r>
        <w:t>2019</w:t>
      </w:r>
    </w:p>
    <w:p>
      <w:pPr>
        <w:spacing w:after="60"/>
      </w:pPr>
      <w:r>
        <w:rPr>
          <w:b/>
        </w:rPr>
        <w:t>2019 Q1.</w:t>
      </w:r>
      <w:r>
        <w:t xml:space="preserve"> What is the most appropriate tool to use to dress the edge of a timber board</w:t>
      </w:r>
    </w:p>
    <w:p>
      <w:pPr>
        <w:pStyle w:val="ListBullet"/>
        <w:spacing w:after="20"/>
      </w:pPr>
      <w:r>
        <w:t>(A) Jack plane</w:t>
      </w:r>
    </w:p>
    <w:p>
      <w:pPr>
        <w:pStyle w:val="ListBullet"/>
        <w:spacing w:after="20"/>
      </w:pPr>
      <w:r>
        <w:t>(B) Try square</w:t>
      </w:r>
    </w:p>
    <w:p>
      <w:pPr>
        <w:pStyle w:val="ListBullet"/>
        <w:spacing w:after="20"/>
      </w:pPr>
      <w:r>
        <w:t>(C) Trying plane</w:t>
      </w:r>
    </w:p>
    <w:p>
      <w:pPr>
        <w:pStyle w:val="ListBullet"/>
        <w:spacing w:after="20"/>
      </w:pPr>
      <w:r>
        <w:t>(D) Straight edge</w:t>
      </w:r>
    </w:p>
    <w:p>
      <w:pPr>
        <w:spacing w:after="60"/>
      </w:pPr>
      <w:r>
        <w:rPr>
          <w:b/>
        </w:rPr>
        <w:t>2019 Q2.</w:t>
      </w:r>
      <w:r>
        <w:t xml:space="preserve"> Radiata pine logs are to be milled for use as fence palings. Which conversion method is best suited to milling the logs?</w:t>
      </w:r>
    </w:p>
    <w:p>
      <w:pPr>
        <w:pStyle w:val="ListBullet"/>
        <w:spacing w:after="20"/>
      </w:pPr>
      <w:r>
        <w:t>(A) Live sawing</w:t>
      </w:r>
    </w:p>
    <w:p>
      <w:pPr>
        <w:pStyle w:val="ListBullet"/>
        <w:spacing w:after="20"/>
      </w:pPr>
      <w:r>
        <w:t>(B) Slab sawing</w:t>
      </w:r>
    </w:p>
    <w:p>
      <w:pPr>
        <w:pStyle w:val="ListBullet"/>
        <w:spacing w:after="20"/>
      </w:pPr>
      <w:r>
        <w:t>(C) Back sawing</w:t>
      </w:r>
    </w:p>
    <w:p>
      <w:pPr>
        <w:pStyle w:val="ListBullet"/>
        <w:spacing w:after="20"/>
      </w:pPr>
      <w:r>
        <w:t>(D) Quarter sawing</w:t>
      </w:r>
    </w:p>
    <w:p>
      <w:pPr>
        <w:spacing w:after="60"/>
      </w:pPr>
      <w:r>
        <w:rPr>
          <w:b/>
        </w:rPr>
        <w:t>2019 Q4.</w:t>
      </w:r>
      <w:r>
        <w:t xml:space="preserve"> Why should care be taken when using red cedar in a school workshop?</w:t>
      </w:r>
    </w:p>
    <w:p>
      <w:pPr>
        <w:pStyle w:val="ListBullet"/>
        <w:spacing w:after="20"/>
      </w:pPr>
      <w:r>
        <w:t>(A) It is very heavy.</w:t>
      </w:r>
    </w:p>
    <w:p>
      <w:pPr>
        <w:pStyle w:val="ListBullet"/>
        <w:spacing w:after="20"/>
      </w:pPr>
      <w:r>
        <w:t>(B) It stains fingers black.</w:t>
      </w:r>
    </w:p>
    <w:p>
      <w:pPr>
        <w:pStyle w:val="ListBullet"/>
        <w:spacing w:after="20"/>
      </w:pPr>
      <w:r>
        <w:t>(C) It is known to cause allergic reactions.</w:t>
      </w:r>
    </w:p>
    <w:p>
      <w:pPr>
        <w:pStyle w:val="ListBullet"/>
        <w:spacing w:after="20"/>
      </w:pPr>
      <w:r>
        <w:t>(D) Router cutters need to be very sharp or they will burn the timber.</w:t>
      </w:r>
    </w:p>
    <w:p>
      <w:pPr>
        <w:spacing w:after="60"/>
      </w:pPr>
      <w:r>
        <w:rPr>
          <w:b/>
        </w:rPr>
        <w:t>2019 Q6.</w:t>
      </w:r>
      <w:r>
        <w:t xml:space="preserve"> The introduction of a driver-operated forklift truck to move pallets in a furniture factory is an example of</w:t>
      </w:r>
    </w:p>
    <w:p>
      <w:pPr>
        <w:pStyle w:val="ListBullet"/>
        <w:spacing w:after="20"/>
      </w:pPr>
      <w:r>
        <w:t>(A) automation.</w:t>
      </w:r>
    </w:p>
    <w:p>
      <w:pPr>
        <w:pStyle w:val="ListBullet"/>
        <w:spacing w:after="20"/>
      </w:pPr>
      <w:r>
        <w:t>(B) industrialisation.</w:t>
      </w:r>
    </w:p>
    <w:p>
      <w:pPr>
        <w:pStyle w:val="ListBullet"/>
        <w:spacing w:after="20"/>
      </w:pPr>
      <w:r>
        <w:t>(C) mechanisation.</w:t>
      </w:r>
    </w:p>
    <w:p>
      <w:pPr>
        <w:pStyle w:val="ListBullet"/>
        <w:spacing w:after="20"/>
      </w:pPr>
      <w:r>
        <w:t>(D) multiskilling.</w:t>
      </w:r>
    </w:p>
    <w:p>
      <w:pPr>
        <w:spacing w:after="60"/>
      </w:pPr>
      <w:r>
        <w:rPr>
          <w:b/>
        </w:rPr>
        <w:t>2019 Q7.</w:t>
      </w:r>
      <w:r>
        <w:t xml:space="preserve"> A table top, 1800 mm × 900 mm, is to be assembled from 6 lengths of timber using widening joints, each 1800 mm × 150 mm × 25 mm. Which tool would be used to hold the table top together while the glue dries?</w:t>
      </w:r>
    </w:p>
    <w:p>
      <w:pPr>
        <w:pStyle w:val="ListBullet"/>
        <w:spacing w:after="20"/>
      </w:pPr>
      <w:r>
        <w:t>(A) G-cramp</w:t>
      </w:r>
    </w:p>
    <w:p>
      <w:pPr>
        <w:pStyle w:val="ListBullet"/>
        <w:spacing w:after="20"/>
      </w:pPr>
      <w:r>
        <w:t>(B) Sash cramp</w:t>
      </w:r>
    </w:p>
    <w:p>
      <w:pPr>
        <w:pStyle w:val="ListBullet"/>
        <w:spacing w:after="20"/>
      </w:pPr>
      <w:r>
        <w:t>(C) Strap cramp</w:t>
      </w:r>
    </w:p>
    <w:p>
      <w:pPr>
        <w:pStyle w:val="ListBullet"/>
        <w:spacing w:after="20"/>
      </w:pPr>
      <w:r>
        <w:t>(D) Framing cramp</w:t>
      </w:r>
    </w:p>
    <w:p>
      <w:pPr>
        <w:spacing w:after="60"/>
      </w:pPr>
      <w:r>
        <w:rPr>
          <w:b/>
        </w:rPr>
        <w:t>2019 Q9.</w:t>
      </w:r>
      <w:r>
        <w:t xml:space="preserve"> Which list contains only properties of general purpose polyvinyl acetate (PVA) glue?</w:t>
      </w:r>
    </w:p>
    <w:p>
      <w:pPr>
        <w:pStyle w:val="ListBullet"/>
        <w:spacing w:after="20"/>
      </w:pPr>
      <w:r>
        <w:t>(A) Ready to use, waterproof and easy clean up</w:t>
      </w:r>
    </w:p>
    <w:p>
      <w:pPr>
        <w:pStyle w:val="ListBullet"/>
        <w:spacing w:after="20"/>
      </w:pPr>
      <w:r>
        <w:t>(B) Ready to use, water soluble and easy clean up</w:t>
      </w:r>
    </w:p>
    <w:p>
      <w:pPr>
        <w:pStyle w:val="ListBullet"/>
        <w:spacing w:after="20"/>
      </w:pPr>
      <w:r>
        <w:t>(C) Ready to use, water soluble and solvent to clean up</w:t>
      </w:r>
    </w:p>
    <w:p>
      <w:pPr>
        <w:pStyle w:val="ListBullet"/>
        <w:spacing w:after="20"/>
      </w:pPr>
      <w:r>
        <w:t>(D) Needs to be mixed, waterproof and easy clean up</w:t>
      </w:r>
    </w:p>
    <w:p>
      <w:pPr>
        <w:pStyle w:val="Heading2"/>
        <w:keepNext/>
      </w:pPr>
      <w:r>
        <w:t>2018</w:t>
      </w:r>
    </w:p>
    <w:p>
      <w:pPr>
        <w:spacing w:after="60"/>
      </w:pPr>
      <w:r>
        <w:rPr>
          <w:b/>
        </w:rPr>
        <w:t>2018 Q1.</w:t>
      </w:r>
      <w:r>
        <w:t xml:space="preserve"> Which type of hammer is best suited for driving in small panel pins?</w:t>
      </w:r>
    </w:p>
    <w:p>
      <w:pPr>
        <w:pStyle w:val="ListBullet"/>
        <w:spacing w:after="20"/>
      </w:pPr>
      <w:r>
        <w:t>(A) Claw hammer</w:t>
      </w:r>
    </w:p>
    <w:p>
      <w:pPr>
        <w:pStyle w:val="ListBullet"/>
        <w:spacing w:after="20"/>
      </w:pPr>
      <w:r>
        <w:t>(B) Lump hammer</w:t>
      </w:r>
    </w:p>
    <w:p>
      <w:pPr>
        <w:pStyle w:val="ListBullet"/>
        <w:spacing w:after="20"/>
      </w:pPr>
      <w:r>
        <w:t>(C) Ball pein hammer</w:t>
      </w:r>
    </w:p>
    <w:p>
      <w:pPr>
        <w:pStyle w:val="ListBullet"/>
        <w:spacing w:after="20"/>
      </w:pPr>
      <w:r>
        <w:t>(D) Warrington hammer</w:t>
      </w:r>
    </w:p>
    <w:p>
      <w:pPr>
        <w:spacing w:after="60"/>
      </w:pPr>
      <w:r>
        <w:rPr>
          <w:b/>
        </w:rPr>
        <w:t>2018 Q3.</w:t>
      </w:r>
      <w:r>
        <w:t xml:space="preserve"> Which hand tool is most appropriate to reduce the width of the 600 mm board shown, from 140 mm to 137 mm?</w:t>
      </w:r>
    </w:p>
    <w:p>
      <w:pPr>
        <w:pStyle w:val="ListBullet"/>
        <w:spacing w:after="20"/>
      </w:pPr>
      <w:r>
        <w:t>(A) Rip saw</w:t>
      </w:r>
    </w:p>
    <w:p>
      <w:pPr>
        <w:pStyle w:val="ListBullet"/>
        <w:spacing w:after="20"/>
      </w:pPr>
      <w:r>
        <w:t>(B) Jack plane</w:t>
      </w:r>
    </w:p>
    <w:p>
      <w:pPr>
        <w:pStyle w:val="ListBullet"/>
        <w:spacing w:after="20"/>
      </w:pPr>
      <w:r>
        <w:t>(C) Tenon saw</w:t>
      </w:r>
    </w:p>
    <w:p>
      <w:pPr>
        <w:pStyle w:val="ListBullet"/>
        <w:spacing w:after="20"/>
      </w:pPr>
      <w:r>
        <w:t>(D) Block plane</w:t>
      </w:r>
    </w:p>
    <w:p>
      <w:pPr>
        <w:spacing w:after="60"/>
      </w:pPr>
      <w:r>
        <w:rPr>
          <w:b/>
        </w:rPr>
        <w:t>2018 Q4.</w:t>
      </w:r>
      <w:r>
        <w:t xml:space="preserve"> Which of the following drawer joints would allow for a dry assembly to test for fit, strength and operation?</w:t>
      </w:r>
    </w:p>
    <w:p>
      <w:pPr>
        <w:pStyle w:val="ListBullet"/>
        <w:spacing w:after="20"/>
      </w:pPr>
      <w:r>
        <w:t>(A) Butt</w:t>
      </w:r>
    </w:p>
    <w:p>
      <w:pPr>
        <w:pStyle w:val="ListBullet"/>
        <w:spacing w:after="20"/>
      </w:pPr>
      <w:r>
        <w:t>(B) Dovetail</w:t>
      </w:r>
    </w:p>
    <w:p>
      <w:pPr>
        <w:pStyle w:val="ListBullet"/>
        <w:spacing w:after="20"/>
      </w:pPr>
      <w:r>
        <w:t>(C) Mitre</w:t>
      </w:r>
    </w:p>
    <w:p>
      <w:pPr>
        <w:pStyle w:val="ListBullet"/>
        <w:spacing w:after="20"/>
      </w:pPr>
      <w:r>
        <w:t>(D) Rebate</w:t>
      </w:r>
    </w:p>
    <w:p>
      <w:pPr>
        <w:spacing w:after="60"/>
      </w:pPr>
      <w:r>
        <w:rPr>
          <w:b/>
        </w:rPr>
        <w:t>2018 Q5.</w:t>
      </w:r>
      <w:r>
        <w:t xml:space="preserve"> Which of the following is the correct sequence for drilling and driving a countersunk screw into hardwood?</w:t>
      </w:r>
    </w:p>
    <w:p>
      <w:pPr>
        <w:pStyle w:val="ListBullet"/>
        <w:spacing w:after="20"/>
      </w:pPr>
      <w:r>
        <w:t>(A) Countersink, clearance, pilot, insert screw</w:t>
      </w:r>
    </w:p>
    <w:p>
      <w:pPr>
        <w:pStyle w:val="ListBullet"/>
        <w:spacing w:after="20"/>
      </w:pPr>
      <w:r>
        <w:t>(B) Countersink, pilot, clearance, insert screw</w:t>
      </w:r>
    </w:p>
    <w:p>
      <w:pPr>
        <w:pStyle w:val="ListBullet"/>
        <w:spacing w:after="20"/>
      </w:pPr>
      <w:r>
        <w:t>(C) Pilot, clearance, countersink, insert screw</w:t>
      </w:r>
    </w:p>
    <w:p>
      <w:pPr>
        <w:pStyle w:val="ListBullet"/>
        <w:spacing w:after="20"/>
      </w:pPr>
      <w:r>
        <w:t>(D) Pilot, clearance, insert screw, countersink</w:t>
      </w:r>
    </w:p>
    <w:p>
      <w:pPr>
        <w:spacing w:after="60"/>
      </w:pPr>
      <w:r>
        <w:rPr>
          <w:b/>
        </w:rPr>
        <w:t>2018 Q8.</w:t>
      </w:r>
      <w:r>
        <w:t xml:space="preserve"> What is measured to determine the length of a roundhead screw?</w:t>
      </w:r>
    </w:p>
    <w:p>
      <w:pPr>
        <w:pStyle w:val="ListBullet"/>
        <w:spacing w:after="20"/>
      </w:pPr>
      <w:r>
        <w:t>(A) The length of the thread</w:t>
      </w:r>
    </w:p>
    <w:p>
      <w:pPr>
        <w:pStyle w:val="ListBullet"/>
        <w:spacing w:after="20"/>
      </w:pPr>
      <w:r>
        <w:t>(B) The total length of the shank</w:t>
      </w:r>
    </w:p>
    <w:p>
      <w:pPr>
        <w:pStyle w:val="ListBullet"/>
        <w:spacing w:after="20"/>
      </w:pPr>
      <w:r>
        <w:t>(C) The overall length of the screw</w:t>
      </w:r>
    </w:p>
    <w:p>
      <w:pPr>
        <w:pStyle w:val="ListBullet"/>
        <w:spacing w:after="20"/>
      </w:pPr>
      <w:r>
        <w:t>(D) The length embedded in the material</w:t>
      </w:r>
    </w:p>
    <w:p>
      <w:pPr>
        <w:pStyle w:val="Heading2"/>
        <w:keepNext/>
      </w:pPr>
      <w:r>
        <w:t>2017</w:t>
      </w:r>
    </w:p>
    <w:p>
      <w:pPr>
        <w:spacing w:after="60"/>
      </w:pPr>
      <w:r>
        <w:rPr>
          <w:b/>
        </w:rPr>
        <w:t>2017 Q1.</w:t>
      </w:r>
      <w:r>
        <w:t xml:space="preserve"> What does the abbreviation DAR indicate about timber?</w:t>
      </w:r>
    </w:p>
    <w:p>
      <w:pPr>
        <w:pStyle w:val="ListBullet"/>
        <w:spacing w:after="20"/>
      </w:pPr>
      <w:r>
        <w:t>(A) It has one smooth edge.</w:t>
      </w:r>
    </w:p>
    <w:p>
      <w:pPr>
        <w:pStyle w:val="ListBullet"/>
        <w:spacing w:after="20"/>
      </w:pPr>
      <w:r>
        <w:t>(B) It has two machined surfaces.</w:t>
      </w:r>
    </w:p>
    <w:p>
      <w:pPr>
        <w:pStyle w:val="ListBullet"/>
        <w:spacing w:after="20"/>
      </w:pPr>
      <w:r>
        <w:t>(C) It is less expensive than rough sawn.</w:t>
      </w:r>
    </w:p>
    <w:p>
      <w:pPr>
        <w:pStyle w:val="ListBullet"/>
        <w:spacing w:after="20"/>
      </w:pPr>
      <w:r>
        <w:t>(D) It has four square machined surfaces.</w:t>
      </w:r>
    </w:p>
    <w:p>
      <w:pPr>
        <w:spacing w:after="60"/>
      </w:pPr>
      <w:r>
        <w:rPr>
          <w:b/>
        </w:rPr>
        <w:t>2017 Q2.</w:t>
      </w:r>
      <w:r>
        <w:t xml:space="preserve"> Why does each layer of veneer have its grain direction at 90° to the next layer in the manufacture of plywood?</w:t>
      </w:r>
    </w:p>
    <w:p>
      <w:pPr>
        <w:pStyle w:val="ListBullet"/>
        <w:spacing w:after="20"/>
      </w:pPr>
      <w:r>
        <w:t>(A) Strength</w:t>
      </w:r>
    </w:p>
    <w:p>
      <w:pPr>
        <w:pStyle w:val="ListBullet"/>
        <w:spacing w:after="20"/>
      </w:pPr>
      <w:r>
        <w:t>(B) Aesthetics</w:t>
      </w:r>
    </w:p>
    <w:p>
      <w:pPr>
        <w:pStyle w:val="ListBullet"/>
        <w:spacing w:after="20"/>
      </w:pPr>
      <w:r>
        <w:t>(C) Thickness</w:t>
      </w:r>
    </w:p>
    <w:p>
      <w:pPr>
        <w:pStyle w:val="ListBullet"/>
        <w:spacing w:after="20"/>
      </w:pPr>
      <w:r>
        <w:t>(D) Machinability</w:t>
      </w:r>
    </w:p>
    <w:p>
      <w:pPr>
        <w:spacing w:after="60"/>
      </w:pPr>
      <w:r>
        <w:rPr>
          <w:b/>
        </w:rPr>
        <w:t>2017 Q3.</w:t>
      </w:r>
      <w:r>
        <w:t xml:space="preserve"> What is the function of a mortise gauge?</w:t>
      </w:r>
    </w:p>
    <w:p>
      <w:pPr>
        <w:pStyle w:val="ListBullet"/>
        <w:spacing w:after="20"/>
      </w:pPr>
      <w:r>
        <w:t>(A) To measure depth and width</w:t>
      </w:r>
    </w:p>
    <w:p>
      <w:pPr>
        <w:pStyle w:val="ListBullet"/>
        <w:spacing w:after="20"/>
      </w:pPr>
      <w:r>
        <w:t>(B) To create small holes in timber</w:t>
      </w:r>
    </w:p>
    <w:p>
      <w:pPr>
        <w:pStyle w:val="ListBullet"/>
        <w:spacing w:after="20"/>
      </w:pPr>
      <w:r>
        <w:t>(C) To produce arcs and circles on timber</w:t>
      </w:r>
    </w:p>
    <w:p>
      <w:pPr>
        <w:pStyle w:val="ListBullet"/>
        <w:spacing w:after="20"/>
      </w:pPr>
      <w:r>
        <w:t>(D) To produce lines parallel to an edge in timber</w:t>
      </w:r>
    </w:p>
    <w:p>
      <w:pPr>
        <w:spacing w:after="60"/>
      </w:pPr>
      <w:r>
        <w:rPr>
          <w:b/>
        </w:rPr>
        <w:t>2017 Q4.</w:t>
      </w:r>
      <w:r>
        <w:t xml:space="preserve"> Which conversion process produces the most stable board?</w:t>
      </w:r>
    </w:p>
    <w:p>
      <w:pPr>
        <w:pStyle w:val="ListBullet"/>
        <w:spacing w:after="20"/>
      </w:pPr>
      <w:r>
        <w:t>(A) Back sawing</w:t>
      </w:r>
    </w:p>
    <w:p>
      <w:pPr>
        <w:pStyle w:val="ListBullet"/>
        <w:spacing w:after="20"/>
      </w:pPr>
      <w:r>
        <w:t>(B) Live sawing</w:t>
      </w:r>
    </w:p>
    <w:p>
      <w:pPr>
        <w:pStyle w:val="ListBullet"/>
        <w:spacing w:after="20"/>
      </w:pPr>
      <w:r>
        <w:t>(C) Quarter sawing</w:t>
      </w:r>
    </w:p>
    <w:p>
      <w:pPr>
        <w:pStyle w:val="ListBullet"/>
        <w:spacing w:after="20"/>
      </w:pPr>
      <w:r>
        <w:t>(D) Through sawing</w:t>
      </w:r>
    </w:p>
    <w:p>
      <w:pPr>
        <w:spacing w:after="60"/>
      </w:pPr>
      <w:r>
        <w:rPr>
          <w:b/>
        </w:rPr>
        <w:t>2017 Q5.</w:t>
      </w:r>
      <w:r>
        <w:t xml:space="preserve"> Which machine would be most suitable to reduce the dimension of the 2.4 m board shown from 30 mm to 28 mm?</w:t>
      </w:r>
    </w:p>
    <w:p>
      <w:pPr>
        <w:pStyle w:val="ListBullet"/>
        <w:spacing w:after="20"/>
      </w:pPr>
      <w:r>
        <w:t>(A) Thicknesser</w:t>
      </w:r>
    </w:p>
    <w:p>
      <w:pPr>
        <w:pStyle w:val="ListBullet"/>
        <w:spacing w:after="20"/>
      </w:pPr>
      <w:r>
        <w:t>(B) Belt sander</w:t>
      </w:r>
    </w:p>
    <w:p>
      <w:pPr>
        <w:pStyle w:val="ListBullet"/>
        <w:spacing w:after="20"/>
      </w:pPr>
      <w:r>
        <w:t>(C) Jack plane</w:t>
      </w:r>
    </w:p>
    <w:p>
      <w:pPr>
        <w:pStyle w:val="ListBullet"/>
        <w:spacing w:after="20"/>
      </w:pPr>
      <w:r>
        <w:t>(D) Linisher</w:t>
      </w:r>
    </w:p>
    <w:p>
      <w:pPr>
        <w:spacing w:after="60"/>
      </w:pPr>
      <w:r>
        <w:rPr>
          <w:b/>
        </w:rPr>
        <w:t>2017 Q6.</w:t>
      </w:r>
      <w:r>
        <w:t xml:space="preserve"> Which of the following is the most suitable joint to hide end grain on a corner joint?</w:t>
      </w:r>
    </w:p>
    <w:p>
      <w:pPr>
        <w:pStyle w:val="ListBullet"/>
        <w:spacing w:after="20"/>
      </w:pPr>
      <w:r>
        <w:t>(A) Butt</w:t>
      </w:r>
    </w:p>
    <w:p>
      <w:pPr>
        <w:pStyle w:val="ListBullet"/>
        <w:spacing w:after="20"/>
      </w:pPr>
      <w:r>
        <w:t>(B) Housing</w:t>
      </w:r>
    </w:p>
    <w:p>
      <w:pPr>
        <w:pStyle w:val="ListBullet"/>
        <w:spacing w:after="20"/>
      </w:pPr>
      <w:r>
        <w:t>(C) Mitre</w:t>
      </w:r>
    </w:p>
    <w:p>
      <w:pPr>
        <w:pStyle w:val="ListBullet"/>
        <w:spacing w:after="20"/>
      </w:pPr>
      <w:r>
        <w:t>(D) Mortise and tenon</w:t>
      </w:r>
    </w:p>
    <w:p>
      <w:pPr>
        <w:spacing w:after="60"/>
      </w:pPr>
      <w:r>
        <w:rPr>
          <w:b/>
        </w:rPr>
        <w:t>2017 Q7.</w:t>
      </w:r>
      <w:r>
        <w:t xml:space="preserve"> Which of the following is the most appropriate joint for the cross rail of the door shown?</w:t>
      </w:r>
    </w:p>
    <w:p>
      <w:pPr>
        <w:pStyle w:val="ListBullet"/>
        <w:spacing w:after="20"/>
      </w:pPr>
      <w:r>
        <w:t>(A) Rebate</w:t>
      </w:r>
    </w:p>
    <w:p>
      <w:pPr>
        <w:pStyle w:val="ListBullet"/>
        <w:spacing w:after="20"/>
      </w:pPr>
      <w:r>
        <w:t>(B) Mortise and tenon</w:t>
      </w:r>
    </w:p>
    <w:p>
      <w:pPr>
        <w:pStyle w:val="ListBullet"/>
        <w:spacing w:after="20"/>
      </w:pPr>
      <w:r>
        <w:t>(C) Groove and feather</w:t>
      </w:r>
    </w:p>
    <w:p>
      <w:pPr>
        <w:pStyle w:val="ListBullet"/>
        <w:spacing w:after="20"/>
      </w:pPr>
      <w:r>
        <w:t>(D) Tongue and groove</w:t>
      </w:r>
    </w:p>
    <w:p>
      <w:pPr>
        <w:spacing w:after="60"/>
      </w:pPr>
      <w:r>
        <w:rPr>
          <w:b/>
        </w:rPr>
        <w:t>2017 Q8.</w:t>
      </w:r>
      <w:r>
        <w:t xml:space="preserve"> Which of the following shows a set of items commonly found on a working drawing?</w:t>
      </w:r>
    </w:p>
    <w:p>
      <w:pPr>
        <w:pStyle w:val="ListBullet"/>
        <w:spacing w:after="20"/>
      </w:pPr>
      <w:r>
        <w:t>(A) Scale, WHS, dimensions, location</w:t>
      </w:r>
    </w:p>
    <w:p>
      <w:pPr>
        <w:pStyle w:val="ListBullet"/>
        <w:spacing w:after="20"/>
      </w:pPr>
      <w:r>
        <w:t>(B) Dimensions, scale, cutting list, sections</w:t>
      </w:r>
    </w:p>
    <w:p>
      <w:pPr>
        <w:pStyle w:val="ListBullet"/>
        <w:spacing w:after="20"/>
      </w:pPr>
      <w:r>
        <w:t>(C) Cutting list, costings, dimensions, scale</w:t>
      </w:r>
    </w:p>
    <w:p>
      <w:pPr>
        <w:pStyle w:val="ListBullet"/>
        <w:spacing w:after="20"/>
      </w:pPr>
      <w:r>
        <w:t>(D) Cutting list, dimensions, scale, SDS</w:t>
      </w:r>
    </w:p>
    <w:p>
      <w:pPr>
        <w:spacing w:after="60"/>
      </w:pPr>
      <w:r>
        <w:rPr>
          <w:b/>
        </w:rPr>
        <w:t>2017 Q10.</w:t>
      </w:r>
      <w:r>
        <w:t xml:space="preserve"> Which of the following is the most suitable to create the blind hole shown?</w:t>
      </w:r>
    </w:p>
    <w:p>
      <w:pPr>
        <w:pStyle w:val="ListBullet"/>
        <w:spacing w:after="20"/>
      </w:pPr>
      <w:r>
        <w:t>(A) Countersink bit</w:t>
      </w:r>
    </w:p>
    <w:p>
      <w:pPr>
        <w:pStyle w:val="ListBullet"/>
        <w:spacing w:after="20"/>
      </w:pPr>
      <w:r>
        <w:t>(B) Forstner bit</w:t>
      </w:r>
    </w:p>
    <w:p>
      <w:pPr>
        <w:pStyle w:val="ListBullet"/>
        <w:spacing w:after="20"/>
      </w:pPr>
      <w:r>
        <w:t>(C) Hole saw</w:t>
      </w:r>
    </w:p>
    <w:p>
      <w:pPr>
        <w:pStyle w:val="ListBullet"/>
        <w:spacing w:after="20"/>
      </w:pPr>
      <w:r>
        <w:t>(D) Twist drill HIGHER SCHOOL CERTIFICATE</w:t>
      </w:r>
    </w:p>
    <w:p>
      <w:pPr>
        <w:pStyle w:val="Heading2"/>
        <w:keepNext/>
      </w:pPr>
      <w:r>
        <w:t>2016</w:t>
      </w:r>
    </w:p>
    <w:p>
      <w:pPr>
        <w:spacing w:after="60"/>
      </w:pPr>
      <w:r>
        <w:rPr>
          <w:b/>
        </w:rPr>
        <w:t>2016 Q3.</w:t>
      </w:r>
      <w:r>
        <w:t xml:space="preserve"> How are burls formed?</w:t>
      </w:r>
    </w:p>
    <w:p>
      <w:pPr>
        <w:pStyle w:val="ListBullet"/>
        <w:spacing w:after="20"/>
      </w:pPr>
      <w:r>
        <w:t>(A) Abnormal growth</w:t>
      </w:r>
    </w:p>
    <w:p>
      <w:pPr>
        <w:pStyle w:val="ListBullet"/>
        <w:spacing w:after="20"/>
      </w:pPr>
      <w:r>
        <w:t>(B) Damage during felling</w:t>
      </w:r>
    </w:p>
    <w:p>
      <w:pPr>
        <w:pStyle w:val="ListBullet"/>
        <w:spacing w:after="20"/>
      </w:pPr>
      <w:r>
        <w:t>(C) Poor conversion process</w:t>
      </w:r>
    </w:p>
    <w:p>
      <w:pPr>
        <w:pStyle w:val="ListBullet"/>
        <w:spacing w:after="20"/>
      </w:pPr>
      <w:r>
        <w:t>(D) Deformation of the pith</w:t>
      </w:r>
    </w:p>
    <w:p>
      <w:pPr>
        <w:spacing w:after="60"/>
      </w:pPr>
      <w:r>
        <w:rPr>
          <w:b/>
        </w:rPr>
        <w:t>2016 Q5.</w:t>
      </w:r>
      <w:r>
        <w:t xml:space="preserve"> Which tool would be the most appropriate to produce a smooth surface on an internal curve?</w:t>
      </w:r>
    </w:p>
    <w:p>
      <w:pPr>
        <w:pStyle w:val="ListBullet"/>
        <w:spacing w:after="20"/>
      </w:pPr>
      <w:r>
        <w:t>(A) Rasp</w:t>
      </w:r>
    </w:p>
    <w:p>
      <w:pPr>
        <w:pStyle w:val="ListBullet"/>
        <w:spacing w:after="20"/>
      </w:pPr>
      <w:r>
        <w:t>(B) Chisel</w:t>
      </w:r>
    </w:p>
    <w:p>
      <w:pPr>
        <w:pStyle w:val="ListBullet"/>
        <w:spacing w:after="20"/>
      </w:pPr>
      <w:r>
        <w:t>(C) Scraper</w:t>
      </w:r>
    </w:p>
    <w:p>
      <w:pPr>
        <w:pStyle w:val="ListBullet"/>
        <w:spacing w:after="20"/>
      </w:pPr>
      <w:r>
        <w:t>(D) Smoothing plane</w:t>
      </w:r>
    </w:p>
    <w:p>
      <w:pPr>
        <w:spacing w:after="60"/>
      </w:pPr>
      <w:r>
        <w:rPr>
          <w:b/>
        </w:rPr>
        <w:t>2016 Q6.</w:t>
      </w:r>
      <w:r>
        <w:t xml:space="preserve"> Why should furniture be dry assembled before final assembly?</w:t>
      </w:r>
    </w:p>
    <w:p>
      <w:pPr>
        <w:pStyle w:val="ListBullet"/>
        <w:spacing w:after="20"/>
      </w:pPr>
      <w:r>
        <w:t>(A) To remove excess glue</w:t>
      </w:r>
    </w:p>
    <w:p>
      <w:pPr>
        <w:pStyle w:val="ListBullet"/>
        <w:spacing w:after="20"/>
      </w:pPr>
      <w:r>
        <w:t>(B) To remove excess moisture</w:t>
      </w:r>
    </w:p>
    <w:p>
      <w:pPr>
        <w:pStyle w:val="ListBullet"/>
        <w:spacing w:after="20"/>
      </w:pPr>
      <w:r>
        <w:t>(C) To check if the joints fit properly</w:t>
      </w:r>
    </w:p>
    <w:p>
      <w:pPr>
        <w:pStyle w:val="ListBullet"/>
        <w:spacing w:after="20"/>
      </w:pPr>
      <w:r>
        <w:t>(D) To remove stresses from all directions</w:t>
      </w:r>
    </w:p>
    <w:p>
      <w:pPr>
        <w:spacing w:after="60"/>
      </w:pPr>
      <w:r>
        <w:rPr>
          <w:b/>
        </w:rPr>
        <w:t>2016 Q7.</w:t>
      </w:r>
      <w:r>
        <w:t xml:space="preserve"> Which of the following applies to formaldehyde adhesive?</w:t>
      </w:r>
    </w:p>
    <w:p>
      <w:pPr>
        <w:pStyle w:val="ListBullet"/>
        <w:spacing w:after="20"/>
      </w:pPr>
      <w:r>
        <w:t>(A) Adheres on contact</w:t>
      </w:r>
    </w:p>
    <w:p>
      <w:pPr>
        <w:pStyle w:val="ListBullet"/>
        <w:spacing w:after="20"/>
      </w:pPr>
      <w:r>
        <w:t>(B) Dries to a clear finish</w:t>
      </w:r>
    </w:p>
    <w:p>
      <w:pPr>
        <w:pStyle w:val="ListBullet"/>
        <w:spacing w:after="20"/>
      </w:pPr>
      <w:r>
        <w:t>(C) Can be softened by heat once set</w:t>
      </w:r>
    </w:p>
    <w:p>
      <w:pPr>
        <w:pStyle w:val="ListBullet"/>
        <w:spacing w:after="20"/>
      </w:pPr>
      <w:r>
        <w:t>(D) Setting action is caused by chemical change</w:t>
      </w:r>
    </w:p>
    <w:p>
      <w:pPr>
        <w:spacing w:after="60"/>
      </w:pPr>
      <w:r>
        <w:rPr>
          <w:b/>
        </w:rPr>
        <w:t>2016 Q9.</w:t>
      </w:r>
      <w:r>
        <w:t xml:space="preserve"> What term is used to describe the application of pieces of veneer to a surface to form decorative patterns, designs or pictures?</w:t>
      </w:r>
    </w:p>
    <w:p>
      <w:pPr>
        <w:pStyle w:val="ListBullet"/>
        <w:spacing w:after="20"/>
      </w:pPr>
      <w:r>
        <w:t>(A) Decoupage</w:t>
      </w:r>
    </w:p>
    <w:p>
      <w:pPr>
        <w:pStyle w:val="ListBullet"/>
        <w:spacing w:after="20"/>
      </w:pPr>
      <w:r>
        <w:t>(B) Marquetry</w:t>
      </w:r>
    </w:p>
    <w:p>
      <w:pPr>
        <w:pStyle w:val="ListBullet"/>
        <w:spacing w:after="20"/>
      </w:pPr>
      <w:r>
        <w:t>(C) Parquetry</w:t>
      </w:r>
    </w:p>
    <w:p>
      <w:pPr>
        <w:pStyle w:val="ListBullet"/>
        <w:spacing w:after="20"/>
      </w:pPr>
      <w:r>
        <w:t>(D) Pyrography</w:t>
      </w:r>
    </w:p>
    <w:p>
      <w:pPr>
        <w:spacing w:after="60"/>
      </w:pPr>
      <w:r>
        <w:rPr>
          <w:b/>
        </w:rPr>
        <w:t>2016 Q10.</w:t>
      </w:r>
      <w:r>
        <w:t xml:space="preserve"> A project requires ten boards, each 250 mm wide, 100 mm thick and 5.3 metres long. How much would the project cost if timber is $100 per cubic metre?</w:t>
      </w:r>
    </w:p>
    <w:p>
      <w:pPr>
        <w:pStyle w:val="ListBullet"/>
        <w:spacing w:after="20"/>
      </w:pPr>
      <w:r>
        <w:t>(A) $13.25</w:t>
      </w:r>
    </w:p>
    <w:p>
      <w:pPr>
        <w:pStyle w:val="ListBullet"/>
        <w:spacing w:after="20"/>
      </w:pPr>
      <w:r>
        <w:t>(B) $132.50</w:t>
      </w:r>
    </w:p>
    <w:p>
      <w:pPr>
        <w:pStyle w:val="ListBullet"/>
        <w:spacing w:after="20"/>
      </w:pPr>
      <w:r>
        <w:t>(C) $660.25</w:t>
      </w:r>
    </w:p>
    <w:p>
      <w:pPr>
        <w:pStyle w:val="ListBullet"/>
        <w:spacing w:after="20"/>
      </w:pPr>
      <w:r>
        <w:t>(D) $6600.25 Industrial Technology Timber Products and Furniture</w:t>
      </w:r>
    </w:p>
    <w:p>
      <w:pPr>
        <w:pStyle w:val="Heading2"/>
        <w:keepNext/>
      </w:pPr>
      <w:r>
        <w:t>2015</w:t>
      </w:r>
    </w:p>
    <w:p>
      <w:pPr>
        <w:spacing w:after="60"/>
      </w:pPr>
      <w:r>
        <w:rPr>
          <w:b/>
        </w:rPr>
        <w:t>2015 Q1.</w:t>
      </w:r>
      <w:r>
        <w:t xml:space="preserve"> What is the purpose of the kerf on a saw blade?</w:t>
      </w:r>
    </w:p>
    <w:p>
      <w:pPr>
        <w:pStyle w:val="ListBullet"/>
        <w:spacing w:after="20"/>
      </w:pPr>
      <w:r>
        <w:t>(A) To remove waste material</w:t>
      </w:r>
    </w:p>
    <w:p>
      <w:pPr>
        <w:pStyle w:val="ListBullet"/>
        <w:spacing w:after="20"/>
      </w:pPr>
      <w:r>
        <w:t>(B) To reduce noise when cutting</w:t>
      </w:r>
    </w:p>
    <w:p>
      <w:pPr>
        <w:pStyle w:val="ListBullet"/>
        <w:spacing w:after="20"/>
      </w:pPr>
      <w:r>
        <w:t>(C) To prevent the blade jamming</w:t>
      </w:r>
    </w:p>
    <w:p>
      <w:pPr>
        <w:pStyle w:val="ListBullet"/>
        <w:spacing w:after="20"/>
      </w:pPr>
      <w:r>
        <w:t>(D) To reduce vibration when cutting</w:t>
      </w:r>
    </w:p>
    <w:p>
      <w:pPr>
        <w:spacing w:after="60"/>
      </w:pPr>
      <w:r>
        <w:rPr>
          <w:b/>
        </w:rPr>
        <w:t>2015 Q3.</w:t>
      </w:r>
      <w:r>
        <w:t xml:space="preserve"> Which of the following adhesives would be the LEAST suitable for application in outdoor furniture?</w:t>
      </w:r>
    </w:p>
    <w:p>
      <w:pPr>
        <w:pStyle w:val="ListBullet"/>
        <w:spacing w:after="20"/>
      </w:pPr>
      <w:r>
        <w:t>(A) PVA</w:t>
      </w:r>
    </w:p>
    <w:p>
      <w:pPr>
        <w:pStyle w:val="ListBullet"/>
        <w:spacing w:after="20"/>
      </w:pPr>
      <w:r>
        <w:t>(B) Epoxy resin</w:t>
      </w:r>
    </w:p>
    <w:p>
      <w:pPr>
        <w:pStyle w:val="ListBullet"/>
        <w:spacing w:after="20"/>
      </w:pPr>
      <w:r>
        <w:t>(C) Urea formaldehyde</w:t>
      </w:r>
    </w:p>
    <w:p>
      <w:pPr>
        <w:pStyle w:val="ListBullet"/>
        <w:spacing w:after="20"/>
      </w:pPr>
      <w:r>
        <w:t>(D) Resorcinol formaldehyde</w:t>
      </w:r>
    </w:p>
    <w:p>
      <w:pPr>
        <w:spacing w:after="60"/>
      </w:pPr>
      <w:r>
        <w:rPr>
          <w:b/>
        </w:rPr>
        <w:t>2015 Q4.</w:t>
      </w:r>
      <w:r>
        <w:t xml:space="preserve"> In the conversion and preparation of timber, what does ripping refer to?</w:t>
      </w:r>
    </w:p>
    <w:p>
      <w:pPr>
        <w:pStyle w:val="ListBullet"/>
        <w:spacing w:after="20"/>
      </w:pPr>
      <w:r>
        <w:t>(A) Cutting to length</w:t>
      </w:r>
    </w:p>
    <w:p>
      <w:pPr>
        <w:pStyle w:val="ListBullet"/>
        <w:spacing w:after="20"/>
      </w:pPr>
      <w:r>
        <w:t>(B) Cutting along the grain</w:t>
      </w:r>
    </w:p>
    <w:p>
      <w:pPr>
        <w:pStyle w:val="ListBullet"/>
        <w:spacing w:after="20"/>
      </w:pPr>
      <w:r>
        <w:t>(C) Cutting across the grain</w:t>
      </w:r>
    </w:p>
    <w:p>
      <w:pPr>
        <w:pStyle w:val="ListBullet"/>
        <w:spacing w:after="20"/>
      </w:pPr>
      <w:r>
        <w:t>(D) Cutting at any compound angle</w:t>
      </w:r>
    </w:p>
    <w:p>
      <w:pPr>
        <w:spacing w:after="60"/>
      </w:pPr>
      <w:r>
        <w:rPr>
          <w:b/>
        </w:rPr>
        <w:t>2015 Q5.</w:t>
      </w:r>
      <w:r>
        <w:t xml:space="preserve"> Which of the following processes is honing?</w:t>
      </w:r>
    </w:p>
    <w:p>
      <w:pPr>
        <w:pStyle w:val="ListBullet"/>
        <w:spacing w:after="20"/>
      </w:pPr>
      <w:r>
        <w:t>(A) Setting the teeth on a handsaw to create the kerf</w:t>
      </w:r>
    </w:p>
    <w:p>
      <w:pPr>
        <w:pStyle w:val="ListBullet"/>
        <w:spacing w:after="20"/>
      </w:pPr>
      <w:r>
        <w:t>(B) Sharpening of a scraper with a hardened steel rod</w:t>
      </w:r>
    </w:p>
    <w:p>
      <w:pPr>
        <w:pStyle w:val="ListBullet"/>
        <w:spacing w:after="20"/>
      </w:pPr>
      <w:r>
        <w:t>(C) Using a whetstone to finish sharpening of a tool blade</w:t>
      </w:r>
    </w:p>
    <w:p>
      <w:pPr>
        <w:pStyle w:val="ListBullet"/>
        <w:spacing w:after="20"/>
      </w:pPr>
      <w:r>
        <w:t>(D) Removing fine timber shavings with a hardened plate</w:t>
      </w:r>
    </w:p>
    <w:p>
      <w:pPr>
        <w:spacing w:after="60"/>
      </w:pPr>
      <w:r>
        <w:rPr>
          <w:b/>
        </w:rPr>
        <w:t>2015 Q6.</w:t>
      </w:r>
      <w:r>
        <w:t xml:space="preserve"> What is the main advantage of air seasoning over kiln seasoning of timber?</w:t>
      </w:r>
    </w:p>
    <w:p>
      <w:pPr>
        <w:pStyle w:val="ListBullet"/>
        <w:spacing w:after="20"/>
      </w:pPr>
      <w:r>
        <w:t>(A) Faster removal of moisture content</w:t>
      </w:r>
    </w:p>
    <w:p>
      <w:pPr>
        <w:pStyle w:val="ListBullet"/>
        <w:spacing w:after="20"/>
      </w:pPr>
      <w:r>
        <w:t>(B) Reduced expense due to lower energy input</w:t>
      </w:r>
    </w:p>
    <w:p>
      <w:pPr>
        <w:pStyle w:val="ListBullet"/>
        <w:spacing w:after="20"/>
      </w:pPr>
      <w:r>
        <w:t>(C) Increased control over final moisture content</w:t>
      </w:r>
    </w:p>
    <w:p>
      <w:pPr>
        <w:pStyle w:val="ListBullet"/>
        <w:spacing w:after="20"/>
      </w:pPr>
      <w:r>
        <w:t>(D) Increased stability due to slower moisture removal</w:t>
      </w:r>
    </w:p>
    <w:p>
      <w:pPr>
        <w:spacing w:after="60"/>
      </w:pPr>
      <w:r>
        <w:rPr>
          <w:b/>
        </w:rPr>
        <w:t>2015 Q7.</w:t>
      </w:r>
      <w:r>
        <w:t xml:space="preserve"> What is the purpose of the ridges on the underside of a countersunk head chipboard screw?</w:t>
      </w:r>
    </w:p>
    <w:p>
      <w:pPr>
        <w:pStyle w:val="ListBullet"/>
        <w:spacing w:after="20"/>
      </w:pPr>
      <w:r>
        <w:t>(A) To remove the need to pre-countersink the hole</w:t>
      </w:r>
    </w:p>
    <w:p>
      <w:pPr>
        <w:pStyle w:val="ListBullet"/>
        <w:spacing w:after="20"/>
      </w:pPr>
      <w:r>
        <w:t>(B) To bind into the timber surface to prevent splitting</w:t>
      </w:r>
    </w:p>
    <w:p>
      <w:pPr>
        <w:pStyle w:val="ListBullet"/>
        <w:spacing w:after="20"/>
      </w:pPr>
      <w:r>
        <w:t>(C) To slow the screw entry to avoid stripping the thread</w:t>
      </w:r>
    </w:p>
    <w:p>
      <w:pPr>
        <w:pStyle w:val="ListBullet"/>
        <w:spacing w:after="20"/>
      </w:pPr>
      <w:r>
        <w:t>(D) To strengthen the screw head to allow removal and reuse</w:t>
      </w:r>
    </w:p>
    <w:p>
      <w:pPr>
        <w:spacing w:after="60"/>
      </w:pPr>
      <w:r>
        <w:rPr>
          <w:b/>
        </w:rPr>
        <w:t>2015 Q8.</w:t>
      </w:r>
      <w:r>
        <w:t xml:space="preserve"> For which of the following would it be best to use a bandsaw blade with a high tooth per inch count and a thin width?</w:t>
      </w:r>
    </w:p>
    <w:p>
      <w:pPr>
        <w:pStyle w:val="ListBullet"/>
        <w:spacing w:after="20"/>
      </w:pPr>
      <w:r>
        <w:t>(A) Fast cutting of stock</w:t>
      </w:r>
    </w:p>
    <w:p>
      <w:pPr>
        <w:pStyle w:val="ListBullet"/>
        <w:spacing w:after="20"/>
      </w:pPr>
      <w:r>
        <w:t>(B) Ripping thick sections</w:t>
      </w:r>
    </w:p>
    <w:p>
      <w:pPr>
        <w:pStyle w:val="ListBullet"/>
        <w:spacing w:after="20"/>
      </w:pPr>
      <w:r>
        <w:t>(C) Cutting round stock safely</w:t>
      </w:r>
    </w:p>
    <w:p>
      <w:pPr>
        <w:pStyle w:val="ListBullet"/>
        <w:spacing w:after="20"/>
      </w:pPr>
      <w:r>
        <w:t>(D) Cutting curves and thin stock</w:t>
      </w:r>
    </w:p>
    <w:p>
      <w:pPr>
        <w:spacing w:after="60"/>
      </w:pPr>
      <w:r>
        <w:rPr>
          <w:b/>
        </w:rPr>
        <w:t>2015 Q9.</w:t>
      </w:r>
      <w:r>
        <w:t xml:space="preserve"> Which of the following lists three methods that can be used in the cutting of veneers?</w:t>
      </w:r>
    </w:p>
    <w:p>
      <w:pPr>
        <w:pStyle w:val="ListBullet"/>
        <w:spacing w:after="20"/>
      </w:pPr>
      <w:r>
        <w:t>(A) Quarter slicing, rift slicing and back sawing</w:t>
      </w:r>
    </w:p>
    <w:p>
      <w:pPr>
        <w:pStyle w:val="ListBullet"/>
        <w:spacing w:after="20"/>
      </w:pPr>
      <w:r>
        <w:t>(B) Rift slicing, quarter slicing and rotary peeling</w:t>
      </w:r>
    </w:p>
    <w:p>
      <w:pPr>
        <w:pStyle w:val="ListBullet"/>
        <w:spacing w:after="20"/>
      </w:pPr>
      <w:r>
        <w:t>(C) Live sawing, quarter slicing and rotary peeling</w:t>
      </w:r>
    </w:p>
    <w:p>
      <w:pPr>
        <w:pStyle w:val="ListBullet"/>
        <w:spacing w:after="20"/>
      </w:pPr>
      <w:r>
        <w:t>(D) Rotary peeling, tangential sawing and rift slicing</w:t>
      </w:r>
    </w:p>
    <w:p>
      <w:pPr>
        <w:spacing w:after="60"/>
      </w:pPr>
      <w:r>
        <w:rPr>
          <w:b/>
        </w:rPr>
        <w:t>2015 Q10.</w:t>
      </w:r>
      <w:r>
        <w:t xml:space="preserve"> Why should grain direction be considered before thicknessing?</w:t>
      </w:r>
    </w:p>
    <w:p>
      <w:pPr>
        <w:pStyle w:val="ListBullet"/>
        <w:spacing w:after="20"/>
      </w:pPr>
      <w:r>
        <w:t>(A) To improve cutting speed</w:t>
      </w:r>
    </w:p>
    <w:p>
      <w:pPr>
        <w:pStyle w:val="ListBullet"/>
        <w:spacing w:after="20"/>
      </w:pPr>
      <w:r>
        <w:t>(B) To reduce wear on the blades</w:t>
      </w:r>
    </w:p>
    <w:p>
      <w:pPr>
        <w:pStyle w:val="ListBullet"/>
        <w:spacing w:after="20"/>
      </w:pPr>
      <w:r>
        <w:t>(C) To minimise tearing of the grain</w:t>
      </w:r>
    </w:p>
    <w:p>
      <w:pPr>
        <w:pStyle w:val="ListBullet"/>
        <w:spacing w:after="20"/>
      </w:pPr>
      <w:r>
        <w:t>(D) To reduce the noise of cutting operations Industrial Technology Timber Products and Furniture</w:t>
      </w:r>
    </w:p>
    <w:p>
      <w:pPr>
        <w:pStyle w:val="Heading2"/>
        <w:keepNext/>
      </w:pPr>
      <w:r>
        <w:t>Part A answers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47"/>
        <w:gridCol w:w="8490"/>
      </w:tblGrid>
      <w:tr>
        <w:trPr>
          <w:tblHeader w:val="true"/>
        </w:trPr>
        <w:tc>
          <w:tcPr>
            <w:tcW w:type="dxa" w:w="1147"/>
            <w:shd w:val="clear" w:color="auto" w:fill="D9E2F3"/>
          </w:tcPr>
          <w:p>
            <w:r/>
            <w:r>
              <w:rPr>
                <w:b/>
                <w:sz w:val="18"/>
              </w:rPr>
              <w:t>Year</w:t>
            </w:r>
          </w:p>
        </w:tc>
        <w:tc>
          <w:tcPr>
            <w:tcW w:type="dxa" w:w="8490"/>
            <w:shd w:val="clear" w:color="auto" w:fill="D9E2F3"/>
          </w:tcPr>
          <w:p>
            <w:r/>
            <w:r>
              <w:rPr>
                <w:b/>
                <w:sz w:val="18"/>
              </w:rPr>
              <w:t>Answers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2025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Q1 A · Q2 C · Q3 D · Q4 B · Q5 D · Q6 B · Q7 D · Q8 C · Q9 B · Q10 A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2024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Q1 B · Q2 D · Q3 B · Q4 A · Q5 D · Q6 C · Q7 B · Q8 C · Q9 C · Q10 A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2023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Q3 A · Q4 C · Q5 A · Q6 B · Q8 D · Q9 A · Q10 D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2022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Q2 B · Q3 B · Q4 D · Q5 D · Q8 A · Q9 A · Q10 D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2021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Q1 A · Q3 A · Q4 D · Q6 B · Q8 A · Q9 D · Q10 C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2020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Q3 C · Q5 C · Q6 B · Q7 A · Q8 C · Q9 C or D · Q10 B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2019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Q1 C · Q2 A · Q4 C · Q6 C · Q7 B · Q9 B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2018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Q1 D · Q3 B · Q4 B · Q5 C · Q8 D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2017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Q1 D · Q2 A · Q3 D · Q4 C · Q5 A · Q6 C · Q7 B · Q8 B · Q10 B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2016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Q3 A · Q5 C · Q6 C · Q7 D · Q9 B · Q10 B</w:t>
            </w:r>
          </w:p>
        </w:tc>
      </w:tr>
      <w:tr>
        <w:tc>
          <w:tcPr>
            <w:tcW w:type="dxa" w:w="1147"/>
          </w:tcPr>
          <w:p>
            <w:r/>
            <w:r>
              <w:rPr>
                <w:sz w:val="18"/>
              </w:rPr>
              <w:t>2015</w:t>
            </w:r>
          </w:p>
        </w:tc>
        <w:tc>
          <w:tcPr>
            <w:tcW w:type="dxa" w:w="8490"/>
          </w:tcPr>
          <w:p>
            <w:r/>
            <w:r>
              <w:rPr>
                <w:sz w:val="18"/>
              </w:rPr>
              <w:t>Q1 C · Q3 A · Q4 B · Q5 C · Q6 B · Q7 A · Q8 D · Q9 B · Q10 C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Part B: Original practice questions</w:t>
      </w:r>
    </w:p>
    <w:p>
      <w:pPr>
        <w:spacing w:after="60"/>
      </w:pPr>
      <w:r>
        <w:rPr>
          <w:b/>
        </w:rPr>
        <w:t>B1.</w:t>
      </w:r>
      <w:r>
        <w:t xml:space="preserve"> Which part of a tree is living, conducts sap and is generally less durable than the timber nearer the centre?</w:t>
      </w:r>
    </w:p>
    <w:p>
      <w:pPr>
        <w:pStyle w:val="ListBullet"/>
        <w:spacing w:after="20"/>
      </w:pPr>
      <w:r>
        <w:t>(A) Pith</w:t>
      </w:r>
    </w:p>
    <w:p>
      <w:pPr>
        <w:pStyle w:val="ListBullet"/>
        <w:spacing w:after="20"/>
      </w:pPr>
      <w:r>
        <w:t>(B) Heartwood</w:t>
      </w:r>
    </w:p>
    <w:p>
      <w:pPr>
        <w:pStyle w:val="ListBullet"/>
        <w:spacing w:after="20"/>
      </w:pPr>
      <w:r>
        <w:t>(C) Sapwood</w:t>
      </w:r>
    </w:p>
    <w:p>
      <w:pPr>
        <w:pStyle w:val="ListBullet"/>
        <w:spacing w:after="20"/>
      </w:pPr>
      <w:r>
        <w:t>(D) Bark</w:t>
      </w:r>
    </w:p>
    <w:p>
      <w:pPr>
        <w:spacing w:after="60"/>
      </w:pPr>
      <w:r>
        <w:rPr>
          <w:b/>
        </w:rPr>
        <w:t>B2.</w:t>
      </w:r>
      <w:r>
        <w:t xml:space="preserve"> Which statement about hardwoods and softwoods is correct?</w:t>
      </w:r>
    </w:p>
    <w:p>
      <w:pPr>
        <w:pStyle w:val="ListBullet"/>
        <w:spacing w:after="20"/>
      </w:pPr>
      <w:r>
        <w:t>(A) All hardwoods are harder than all softwoods.</w:t>
      </w:r>
    </w:p>
    <w:p>
      <w:pPr>
        <w:pStyle w:val="ListBullet"/>
        <w:spacing w:after="20"/>
      </w:pPr>
      <w:r>
        <w:t>(B) Softwoods come from conifers (gymnosperms).</w:t>
      </w:r>
    </w:p>
    <w:p>
      <w:pPr>
        <w:pStyle w:val="ListBullet"/>
        <w:spacing w:after="20"/>
      </w:pPr>
      <w:r>
        <w:t>(C) Radiata pine is a hardwood.</w:t>
      </w:r>
    </w:p>
    <w:p>
      <w:pPr>
        <w:pStyle w:val="ListBullet"/>
        <w:spacing w:after="20"/>
      </w:pPr>
      <w:r>
        <w:t>(D) Eucalypts are softwoods.</w:t>
      </w:r>
    </w:p>
    <w:p>
      <w:pPr>
        <w:spacing w:after="60"/>
      </w:pPr>
      <w:r>
        <w:rPr>
          <w:b/>
        </w:rPr>
        <w:t>B3.</w:t>
      </w:r>
      <w:r>
        <w:t xml:space="preserve"> Timber has stopped gaining or losing moisture to the surrounding air. Its moisture content is at</w:t>
      </w:r>
    </w:p>
    <w:p>
      <w:pPr>
        <w:pStyle w:val="ListBullet"/>
        <w:spacing w:after="20"/>
      </w:pPr>
      <w:r>
        <w:t>(A) fibre saturation point.</w:t>
      </w:r>
    </w:p>
    <w:p>
      <w:pPr>
        <w:pStyle w:val="ListBullet"/>
        <w:spacing w:after="20"/>
      </w:pPr>
      <w:r>
        <w:t>(B) green condition.</w:t>
      </w:r>
    </w:p>
    <w:p>
      <w:pPr>
        <w:pStyle w:val="ListBullet"/>
        <w:spacing w:after="20"/>
      </w:pPr>
      <w:r>
        <w:t>(C) equilibrium moisture content.</w:t>
      </w:r>
    </w:p>
    <w:p>
      <w:pPr>
        <w:pStyle w:val="ListBullet"/>
        <w:spacing w:after="20"/>
      </w:pPr>
      <w:r>
        <w:t>(D) kiln-dry condition.</w:t>
      </w:r>
    </w:p>
    <w:p>
      <w:pPr>
        <w:spacing w:after="60"/>
      </w:pPr>
      <w:r>
        <w:rPr>
          <w:b/>
        </w:rPr>
        <w:t>B4.</w:t>
      </w:r>
      <w:r>
        <w:t xml:space="preserve"> Why are stickers placed between layers of boards during air seasoning?</w:t>
      </w:r>
    </w:p>
    <w:p>
      <w:pPr>
        <w:pStyle w:val="ListBullet"/>
        <w:spacing w:after="20"/>
      </w:pPr>
      <w:r>
        <w:t>(A) To add weight to the stack</w:t>
      </w:r>
    </w:p>
    <w:p>
      <w:pPr>
        <w:pStyle w:val="ListBullet"/>
        <w:spacing w:after="20"/>
      </w:pPr>
      <w:r>
        <w:t>(B) To allow air to circulate and keep boards flat</w:t>
      </w:r>
    </w:p>
    <w:p>
      <w:pPr>
        <w:pStyle w:val="ListBullet"/>
        <w:spacing w:after="20"/>
      </w:pPr>
      <w:r>
        <w:t>(C) To seal the ends of the boards</w:t>
      </w:r>
    </w:p>
    <w:p>
      <w:pPr>
        <w:pStyle w:val="ListBullet"/>
        <w:spacing w:after="20"/>
      </w:pPr>
      <w:r>
        <w:t>(D) To protect the boards from rain</w:t>
      </w:r>
    </w:p>
    <w:p>
      <w:pPr>
        <w:spacing w:after="60"/>
      </w:pPr>
      <w:r>
        <w:rPr>
          <w:b/>
        </w:rPr>
        <w:t>B5.</w:t>
      </w:r>
      <w:r>
        <w:t xml:space="preserve"> What is the main purpose of sealing the ends of boards during seasoning?</w:t>
      </w:r>
    </w:p>
    <w:p>
      <w:pPr>
        <w:pStyle w:val="ListBullet"/>
        <w:spacing w:after="20"/>
      </w:pPr>
      <w:r>
        <w:t>(A) To slow end drying and prevent end splits</w:t>
      </w:r>
    </w:p>
    <w:p>
      <w:pPr>
        <w:pStyle w:val="ListBullet"/>
        <w:spacing w:after="20"/>
      </w:pPr>
      <w:r>
        <w:t>(B) To identify the species</w:t>
      </w:r>
    </w:p>
    <w:p>
      <w:pPr>
        <w:pStyle w:val="ListBullet"/>
        <w:spacing w:after="20"/>
      </w:pPr>
      <w:r>
        <w:t>(C) To speed up drying</w:t>
      </w:r>
    </w:p>
    <w:p>
      <w:pPr>
        <w:pStyle w:val="ListBullet"/>
        <w:spacing w:after="20"/>
      </w:pPr>
      <w:r>
        <w:t>(D) To prevent insect attack</w:t>
      </w:r>
    </w:p>
    <w:p>
      <w:pPr>
        <w:spacing w:after="60"/>
      </w:pPr>
      <w:r>
        <w:rPr>
          <w:b/>
        </w:rPr>
        <w:t>B6.</w:t>
      </w:r>
      <w:r>
        <w:t xml:space="preserve"> Which conversion method gives the least waste and fastest production but a mixture of grain orientations?</w:t>
      </w:r>
    </w:p>
    <w:p>
      <w:pPr>
        <w:pStyle w:val="ListBullet"/>
        <w:spacing w:after="20"/>
      </w:pPr>
      <w:r>
        <w:t>(A) Quarter sawing</w:t>
      </w:r>
    </w:p>
    <w:p>
      <w:pPr>
        <w:pStyle w:val="ListBullet"/>
        <w:spacing w:after="20"/>
      </w:pPr>
      <w:r>
        <w:t>(B) Back sawing</w:t>
      </w:r>
    </w:p>
    <w:p>
      <w:pPr>
        <w:pStyle w:val="ListBullet"/>
        <w:spacing w:after="20"/>
      </w:pPr>
      <w:r>
        <w:t>(C) Live sawing</w:t>
      </w:r>
    </w:p>
    <w:p>
      <w:pPr>
        <w:pStyle w:val="ListBullet"/>
        <w:spacing w:after="20"/>
      </w:pPr>
      <w:r>
        <w:t>(D) Rift sawing</w:t>
      </w:r>
    </w:p>
    <w:p>
      <w:pPr>
        <w:spacing w:after="60"/>
      </w:pPr>
      <w:r>
        <w:rPr>
          <w:b/>
        </w:rPr>
        <w:t>B7.</w:t>
      </w:r>
      <w:r>
        <w:t xml:space="preserve"> Plywood is made with an odd number of plies mainly so that</w:t>
      </w:r>
    </w:p>
    <w:p>
      <w:pPr>
        <w:pStyle w:val="ListBullet"/>
        <w:spacing w:after="20"/>
      </w:pPr>
      <w:r>
        <w:t>(A) it is cheaper.</w:t>
      </w:r>
    </w:p>
    <w:p>
      <w:pPr>
        <w:pStyle w:val="ListBullet"/>
        <w:spacing w:after="20"/>
      </w:pPr>
      <w:r>
        <w:t>(B) the two face veneers run in the same direction and the sheet stays balanced.</w:t>
      </w:r>
    </w:p>
    <w:p>
      <w:pPr>
        <w:pStyle w:val="ListBullet"/>
        <w:spacing w:after="20"/>
      </w:pPr>
      <w:r>
        <w:t>(C) it can be bent easily.</w:t>
      </w:r>
    </w:p>
    <w:p>
      <w:pPr>
        <w:pStyle w:val="ListBullet"/>
        <w:spacing w:after="20"/>
      </w:pPr>
      <w:r>
        <w:t>(D) it uses less glue.</w:t>
      </w:r>
    </w:p>
    <w:p>
      <w:pPr>
        <w:spacing w:after="60"/>
      </w:pPr>
      <w:r>
        <w:rPr>
          <w:b/>
        </w:rPr>
        <w:t>B8.</w:t>
      </w:r>
      <w:r>
        <w:t xml:space="preserve"> Which manufactured board is made from refined wood fibres and resin and is valued for its smooth, easily painted and routed surface?</w:t>
      </w:r>
    </w:p>
    <w:p>
      <w:pPr>
        <w:pStyle w:val="ListBullet"/>
        <w:spacing w:after="20"/>
      </w:pPr>
      <w:r>
        <w:t>(A) Particleboard</w:t>
      </w:r>
    </w:p>
    <w:p>
      <w:pPr>
        <w:pStyle w:val="ListBullet"/>
        <w:spacing w:after="20"/>
      </w:pPr>
      <w:r>
        <w:t>(B) Plywood</w:t>
      </w:r>
    </w:p>
    <w:p>
      <w:pPr>
        <w:pStyle w:val="ListBullet"/>
        <w:spacing w:after="20"/>
      </w:pPr>
      <w:r>
        <w:t>(C) MDF</w:t>
      </w:r>
    </w:p>
    <w:p>
      <w:pPr>
        <w:pStyle w:val="ListBullet"/>
        <w:spacing w:after="20"/>
      </w:pPr>
      <w:r>
        <w:t>(D) Blockboard</w:t>
      </w:r>
    </w:p>
    <w:p>
      <w:pPr>
        <w:spacing w:after="60"/>
      </w:pPr>
      <w:r>
        <w:rPr>
          <w:b/>
        </w:rPr>
        <w:t>B9.</w:t>
      </w:r>
      <w:r>
        <w:t xml:space="preserve"> Which board would be most appropriate for a vanity cabinet carcase in a bathroom?</w:t>
      </w:r>
    </w:p>
    <w:p>
      <w:pPr>
        <w:pStyle w:val="ListBullet"/>
        <w:spacing w:after="20"/>
      </w:pPr>
      <w:r>
        <w:t>(A) Standard particleboard</w:t>
      </w:r>
    </w:p>
    <w:p>
      <w:pPr>
        <w:pStyle w:val="ListBullet"/>
        <w:spacing w:after="20"/>
      </w:pPr>
      <w:r>
        <w:t>(B) HMR particleboard</w:t>
      </w:r>
    </w:p>
    <w:p>
      <w:pPr>
        <w:pStyle w:val="ListBullet"/>
        <w:spacing w:after="20"/>
      </w:pPr>
      <w:r>
        <w:t>(C) Hardboard</w:t>
      </w:r>
    </w:p>
    <w:p>
      <w:pPr>
        <w:pStyle w:val="ListBullet"/>
        <w:spacing w:after="20"/>
      </w:pPr>
      <w:r>
        <w:t>(D) Untreated MDF</w:t>
      </w:r>
    </w:p>
    <w:p>
      <w:pPr>
        <w:spacing w:after="60"/>
      </w:pPr>
      <w:r>
        <w:rPr>
          <w:b/>
        </w:rPr>
        <w:t>B10.</w:t>
      </w:r>
      <w:r>
        <w:t xml:space="preserve"> Which adhesive is the best choice for a laminated curved chair rocker because it is rigid when cured and resists creep?</w:t>
      </w:r>
    </w:p>
    <w:p>
      <w:pPr>
        <w:pStyle w:val="ListBullet"/>
        <w:spacing w:after="20"/>
      </w:pPr>
      <w:r>
        <w:t>(A) Hot melt</w:t>
      </w:r>
    </w:p>
    <w:p>
      <w:pPr>
        <w:pStyle w:val="ListBullet"/>
        <w:spacing w:after="20"/>
      </w:pPr>
      <w:r>
        <w:t>(B) Contact adhesive</w:t>
      </w:r>
    </w:p>
    <w:p>
      <w:pPr>
        <w:pStyle w:val="ListBullet"/>
        <w:spacing w:after="20"/>
      </w:pPr>
      <w:r>
        <w:t>(C) Urea-formaldehyde</w:t>
      </w:r>
    </w:p>
    <w:p>
      <w:pPr>
        <w:pStyle w:val="ListBullet"/>
        <w:spacing w:after="20"/>
      </w:pPr>
      <w:r>
        <w:t>(D) General purpose PVA</w:t>
      </w:r>
    </w:p>
    <w:p>
      <w:pPr>
        <w:spacing w:after="60"/>
      </w:pPr>
      <w:r>
        <w:rPr>
          <w:b/>
        </w:rPr>
        <w:t>B11.</w:t>
      </w:r>
      <w:r>
        <w:t xml:space="preserve"> Which adhesive requires both surfaces to be coated and allowed to become touch dry before they bond on contact?</w:t>
      </w:r>
    </w:p>
    <w:p>
      <w:pPr>
        <w:pStyle w:val="ListBullet"/>
        <w:spacing w:after="20"/>
      </w:pPr>
      <w:r>
        <w:t>(A) Contact adhesive</w:t>
      </w:r>
    </w:p>
    <w:p>
      <w:pPr>
        <w:pStyle w:val="ListBullet"/>
        <w:spacing w:after="20"/>
      </w:pPr>
      <w:r>
        <w:t>(B) Epoxy resin</w:t>
      </w:r>
    </w:p>
    <w:p>
      <w:pPr>
        <w:pStyle w:val="ListBullet"/>
        <w:spacing w:after="20"/>
      </w:pPr>
      <w:r>
        <w:t>(C) PVA</w:t>
      </w:r>
    </w:p>
    <w:p>
      <w:pPr>
        <w:pStyle w:val="ListBullet"/>
        <w:spacing w:after="20"/>
      </w:pPr>
      <w:r>
        <w:t>(D) Resorcinol</w:t>
      </w:r>
    </w:p>
    <w:p>
      <w:pPr>
        <w:spacing w:after="60"/>
      </w:pPr>
      <w:r>
        <w:rPr>
          <w:b/>
        </w:rPr>
        <w:t>B12.</w:t>
      </w:r>
      <w:r>
        <w:t xml:space="preserve"> In a mortise and tenon joint, the tenon is usually made about</w:t>
      </w:r>
    </w:p>
    <w:p>
      <w:pPr>
        <w:pStyle w:val="ListBullet"/>
        <w:spacing w:after="20"/>
      </w:pPr>
      <w:r>
        <w:t>(A) one-half of the rail thickness.</w:t>
      </w:r>
    </w:p>
    <w:p>
      <w:pPr>
        <w:pStyle w:val="ListBullet"/>
        <w:spacing w:after="20"/>
      </w:pPr>
      <w:r>
        <w:t>(B) one-third of the rail thickness.</w:t>
      </w:r>
    </w:p>
    <w:p>
      <w:pPr>
        <w:pStyle w:val="ListBullet"/>
        <w:spacing w:after="20"/>
      </w:pPr>
      <w:r>
        <w:t>(C) one-quarter of the rail thickness.</w:t>
      </w:r>
    </w:p>
    <w:p>
      <w:pPr>
        <w:pStyle w:val="ListBullet"/>
        <w:spacing w:after="20"/>
      </w:pPr>
      <w:r>
        <w:t>(D) the full rail thickness.</w:t>
      </w:r>
    </w:p>
    <w:p>
      <w:pPr>
        <w:spacing w:after="60"/>
      </w:pPr>
      <w:r>
        <w:rPr>
          <w:b/>
        </w:rPr>
        <w:t>B13.</w:t>
      </w:r>
      <w:r>
        <w:t xml:space="preserve"> Which joint is classified as a carcase joint?</w:t>
      </w:r>
    </w:p>
    <w:p>
      <w:pPr>
        <w:pStyle w:val="ListBullet"/>
        <w:spacing w:after="20"/>
      </w:pPr>
      <w:r>
        <w:t>(A) Bridle</w:t>
      </w:r>
    </w:p>
    <w:p>
      <w:pPr>
        <w:pStyle w:val="ListBullet"/>
        <w:spacing w:after="20"/>
      </w:pPr>
      <w:r>
        <w:t>(B) Housing</w:t>
      </w:r>
    </w:p>
    <w:p>
      <w:pPr>
        <w:pStyle w:val="ListBullet"/>
        <w:spacing w:after="20"/>
      </w:pPr>
      <w:r>
        <w:t>(C) Halving</w:t>
      </w:r>
    </w:p>
    <w:p>
      <w:pPr>
        <w:pStyle w:val="ListBullet"/>
        <w:spacing w:after="20"/>
      </w:pPr>
      <w:r>
        <w:t>(D) Biscuit widening joint</w:t>
      </w:r>
    </w:p>
    <w:p>
      <w:pPr>
        <w:spacing w:after="60"/>
      </w:pPr>
      <w:r>
        <w:rPr>
          <w:b/>
        </w:rPr>
        <w:t>B14.</w:t>
      </w:r>
      <w:r>
        <w:t xml:space="preserve"> Why are the growth rings of boards alternated when making a widening joint?</w:t>
      </w:r>
    </w:p>
    <w:p>
      <w:pPr>
        <w:pStyle w:val="ListBullet"/>
        <w:spacing w:after="20"/>
      </w:pPr>
      <w:r>
        <w:t>(A) To improve appearance only</w:t>
      </w:r>
    </w:p>
    <w:p>
      <w:pPr>
        <w:pStyle w:val="ListBullet"/>
        <w:spacing w:after="20"/>
      </w:pPr>
      <w:r>
        <w:t>(B) To balance cupping so the top stays flat</w:t>
      </w:r>
    </w:p>
    <w:p>
      <w:pPr>
        <w:pStyle w:val="ListBullet"/>
        <w:spacing w:after="20"/>
      </w:pPr>
      <w:r>
        <w:t>(C) To make gluing faster</w:t>
      </w:r>
    </w:p>
    <w:p>
      <w:pPr>
        <w:pStyle w:val="ListBullet"/>
        <w:spacing w:after="20"/>
      </w:pPr>
      <w:r>
        <w:t>(D) To reduce the number of boards</w:t>
      </w:r>
    </w:p>
    <w:p>
      <w:pPr>
        <w:spacing w:after="60"/>
      </w:pPr>
      <w:r>
        <w:rPr>
          <w:b/>
        </w:rPr>
        <w:t>B15.</w:t>
      </w:r>
      <w:r>
        <w:t xml:space="preserve"> What is the main advantage of knock-down fittings for a furniture manufacturer?</w:t>
      </w:r>
    </w:p>
    <w:p>
      <w:pPr>
        <w:pStyle w:val="ListBullet"/>
        <w:spacing w:after="20"/>
      </w:pPr>
      <w:r>
        <w:t>(A) They are stronger than any glued joint.</w:t>
      </w:r>
    </w:p>
    <w:p>
      <w:pPr>
        <w:pStyle w:val="ListBullet"/>
        <w:spacing w:after="20"/>
      </w:pPr>
      <w:r>
        <w:t>(B) They allow flat-pack transport and easy assembly.</w:t>
      </w:r>
    </w:p>
    <w:p>
      <w:pPr>
        <w:pStyle w:val="ListBullet"/>
        <w:spacing w:after="20"/>
      </w:pPr>
      <w:r>
        <w:t>(C) They require hand-cut joints.</w:t>
      </w:r>
    </w:p>
    <w:p>
      <w:pPr>
        <w:pStyle w:val="ListBullet"/>
        <w:spacing w:after="20"/>
      </w:pPr>
      <w:r>
        <w:t>(D) They prevent disassembly.</w:t>
      </w:r>
    </w:p>
    <w:p>
      <w:pPr>
        <w:spacing w:after="60"/>
      </w:pPr>
      <w:r>
        <w:rPr>
          <w:b/>
        </w:rPr>
        <w:t>B16.</w:t>
      </w:r>
      <w:r>
        <w:t xml:space="preserve"> Which machine is used to bring a board to a consistent thickness after one face has been flattened?</w:t>
      </w:r>
    </w:p>
    <w:p>
      <w:pPr>
        <w:pStyle w:val="ListBullet"/>
        <w:spacing w:after="20"/>
      </w:pPr>
      <w:r>
        <w:t>(A) Jointer</w:t>
      </w:r>
    </w:p>
    <w:p>
      <w:pPr>
        <w:pStyle w:val="ListBullet"/>
        <w:spacing w:after="20"/>
      </w:pPr>
      <w:r>
        <w:t>(B) Thicknesser</w:t>
      </w:r>
    </w:p>
    <w:p>
      <w:pPr>
        <w:pStyle w:val="ListBullet"/>
        <w:spacing w:after="20"/>
      </w:pPr>
      <w:r>
        <w:t>(C) Band saw</w:t>
      </w:r>
    </w:p>
    <w:p>
      <w:pPr>
        <w:pStyle w:val="ListBullet"/>
        <w:spacing w:after="20"/>
      </w:pPr>
      <w:r>
        <w:t>(D) Linisher</w:t>
      </w:r>
    </w:p>
    <w:p>
      <w:pPr>
        <w:spacing w:after="60"/>
      </w:pPr>
      <w:r>
        <w:rPr>
          <w:b/>
        </w:rPr>
        <w:t>B17.</w:t>
      </w:r>
      <w:r>
        <w:t xml:space="preserve"> Which saw can cut a mitre and a bevel at the same time?</w:t>
      </w:r>
    </w:p>
    <w:p>
      <w:pPr>
        <w:pStyle w:val="ListBullet"/>
        <w:spacing w:after="20"/>
      </w:pPr>
      <w:r>
        <w:t>(A) Table saw with a cross-cut sled</w:t>
      </w:r>
    </w:p>
    <w:p>
      <w:pPr>
        <w:pStyle w:val="ListBullet"/>
        <w:spacing w:after="20"/>
      </w:pPr>
      <w:r>
        <w:t>(B) Mitre saw</w:t>
      </w:r>
    </w:p>
    <w:p>
      <w:pPr>
        <w:pStyle w:val="ListBullet"/>
        <w:spacing w:after="20"/>
      </w:pPr>
      <w:r>
        <w:t>(C) Compound mitre saw</w:t>
      </w:r>
    </w:p>
    <w:p>
      <w:pPr>
        <w:pStyle w:val="ListBullet"/>
        <w:spacing w:after="20"/>
      </w:pPr>
      <w:r>
        <w:t>(D) Jigsaw</w:t>
      </w:r>
    </w:p>
    <w:p>
      <w:pPr>
        <w:spacing w:after="60"/>
      </w:pPr>
      <w:r>
        <w:rPr>
          <w:b/>
        </w:rPr>
        <w:t>B18.</w:t>
      </w:r>
      <w:r>
        <w:t xml:space="preserve"> Which router type is best suited to cutting a stopped groove in the middle of a panel?</w:t>
      </w:r>
    </w:p>
    <w:p>
      <w:pPr>
        <w:pStyle w:val="ListBullet"/>
        <w:spacing w:after="20"/>
      </w:pPr>
      <w:r>
        <w:t>(A) Trim router</w:t>
      </w:r>
    </w:p>
    <w:p>
      <w:pPr>
        <w:pStyle w:val="ListBullet"/>
        <w:spacing w:after="20"/>
      </w:pPr>
      <w:r>
        <w:t>(B) Plunge router</w:t>
      </w:r>
    </w:p>
    <w:p>
      <w:pPr>
        <w:pStyle w:val="ListBullet"/>
        <w:spacing w:after="20"/>
      </w:pPr>
      <w:r>
        <w:t>(C) Fixed-base router with a bearing-guided bit</w:t>
      </w:r>
    </w:p>
    <w:p>
      <w:pPr>
        <w:pStyle w:val="ListBullet"/>
        <w:spacing w:after="20"/>
      </w:pPr>
      <w:r>
        <w:t>(D) Laminate trimmer</w:t>
      </w:r>
    </w:p>
    <w:p>
      <w:pPr>
        <w:spacing w:after="60"/>
      </w:pPr>
      <w:r>
        <w:rPr>
          <w:b/>
        </w:rPr>
        <w:t>B19.</w:t>
      </w:r>
      <w:r>
        <w:t xml:space="preserve"> What is the correct order for preparing a timber surface for a clear finish?</w:t>
      </w:r>
    </w:p>
    <w:p>
      <w:pPr>
        <w:pStyle w:val="ListBullet"/>
        <w:spacing w:after="20"/>
      </w:pPr>
      <w:r>
        <w:t>(A) Finish, sand, scrape</w:t>
      </w:r>
    </w:p>
    <w:p>
      <w:pPr>
        <w:pStyle w:val="ListBullet"/>
        <w:spacing w:after="20"/>
      </w:pPr>
      <w:r>
        <w:t>(B) Plane/scrape, sand through the grits, raise grain, light sand, remove dust</w:t>
      </w:r>
    </w:p>
    <w:p>
      <w:pPr>
        <w:pStyle w:val="ListBullet"/>
        <w:spacing w:after="20"/>
      </w:pPr>
      <w:r>
        <w:t>(C) Sand with coarse grit only, then finish</w:t>
      </w:r>
    </w:p>
    <w:p>
      <w:pPr>
        <w:pStyle w:val="ListBullet"/>
        <w:spacing w:after="20"/>
      </w:pPr>
      <w:r>
        <w:t>(D) Stain, then plane</w:t>
      </w:r>
    </w:p>
    <w:p>
      <w:pPr>
        <w:spacing w:after="60"/>
      </w:pPr>
      <w:r>
        <w:rPr>
          <w:b/>
        </w:rPr>
        <w:t>B20.</w:t>
      </w:r>
      <w:r>
        <w:t xml:space="preserve"> French polish is made by dissolving shellac in</w:t>
      </w:r>
    </w:p>
    <w:p>
      <w:pPr>
        <w:pStyle w:val="ListBullet"/>
        <w:spacing w:after="20"/>
      </w:pPr>
      <w:r>
        <w:t>(A) mineral turpentine.</w:t>
      </w:r>
    </w:p>
    <w:p>
      <w:pPr>
        <w:pStyle w:val="ListBullet"/>
        <w:spacing w:after="20"/>
      </w:pPr>
      <w:r>
        <w:t>(B) water.</w:t>
      </w:r>
    </w:p>
    <w:p>
      <w:pPr>
        <w:pStyle w:val="ListBullet"/>
        <w:spacing w:after="20"/>
      </w:pPr>
      <w:r>
        <w:t>(C) methylated spirits.</w:t>
      </w:r>
    </w:p>
    <w:p>
      <w:pPr>
        <w:pStyle w:val="ListBullet"/>
        <w:spacing w:after="20"/>
      </w:pPr>
      <w:r>
        <w:t>(D) acetone.</w:t>
      </w:r>
    </w:p>
    <w:p>
      <w:pPr>
        <w:spacing w:after="60"/>
      </w:pPr>
      <w:r>
        <w:rPr>
          <w:b/>
        </w:rPr>
        <w:t>B21.</w:t>
      </w:r>
      <w:r>
        <w:t xml:space="preserve"> Which is an environmental advantage of water-based finishes over solvent-based finishes?</w:t>
      </w:r>
    </w:p>
    <w:p>
      <w:pPr>
        <w:pStyle w:val="ListBullet"/>
        <w:spacing w:after="20"/>
      </w:pPr>
      <w:r>
        <w:t>(A) They are more resistant to heat.</w:t>
      </w:r>
    </w:p>
    <w:p>
      <w:pPr>
        <w:pStyle w:val="ListBullet"/>
        <w:spacing w:after="20"/>
      </w:pPr>
      <w:r>
        <w:t>(B) They release fewer volatile organic compounds (VOCs).</w:t>
      </w:r>
    </w:p>
    <w:p>
      <w:pPr>
        <w:pStyle w:val="ListBullet"/>
        <w:spacing w:after="20"/>
      </w:pPr>
      <w:r>
        <w:t>(C) They need fewer coats.</w:t>
      </w:r>
    </w:p>
    <w:p>
      <w:pPr>
        <w:pStyle w:val="ListBullet"/>
        <w:spacing w:after="20"/>
      </w:pPr>
      <w:r>
        <w:t>(D) They give an amber colour.</w:t>
      </w:r>
    </w:p>
    <w:p>
      <w:pPr>
        <w:spacing w:after="60"/>
      </w:pPr>
      <w:r>
        <w:rPr>
          <w:b/>
        </w:rPr>
        <w:t>B22.</w:t>
      </w:r>
      <w:r>
        <w:t xml:space="preserve"> Before any blade change on a table saw, the operator must first</w:t>
      </w:r>
    </w:p>
    <w:p>
      <w:pPr>
        <w:pStyle w:val="ListBullet"/>
        <w:spacing w:after="20"/>
      </w:pPr>
      <w:r>
        <w:t>(A) wear hearing protection.</w:t>
      </w:r>
    </w:p>
    <w:p>
      <w:pPr>
        <w:pStyle w:val="ListBullet"/>
        <w:spacing w:after="20"/>
      </w:pPr>
      <w:r>
        <w:t>(B) isolate the power and lock out and tag out the machine.</w:t>
      </w:r>
    </w:p>
    <w:p>
      <w:pPr>
        <w:pStyle w:val="ListBullet"/>
        <w:spacing w:after="20"/>
      </w:pPr>
      <w:r>
        <w:t>(C) lower the blade fully.</w:t>
      </w:r>
    </w:p>
    <w:p>
      <w:pPr>
        <w:pStyle w:val="ListBullet"/>
        <w:spacing w:after="20"/>
      </w:pPr>
      <w:r>
        <w:t>(D) clean the table.</w:t>
      </w:r>
    </w:p>
    <w:p>
      <w:pPr>
        <w:spacing w:after="60"/>
      </w:pPr>
      <w:r>
        <w:rPr>
          <w:b/>
        </w:rPr>
        <w:t>B23.</w:t>
      </w:r>
      <w:r>
        <w:t xml:space="preserve"> In the hierarchy of control, which is the MOST effective way to reduce exposure to wood dust?</w:t>
      </w:r>
    </w:p>
    <w:p>
      <w:pPr>
        <w:pStyle w:val="ListBullet"/>
        <w:spacing w:after="20"/>
      </w:pPr>
      <w:r>
        <w:t>(A) Wearing a P2 mask</w:t>
      </w:r>
    </w:p>
    <w:p>
      <w:pPr>
        <w:pStyle w:val="ListBullet"/>
        <w:spacing w:after="20"/>
      </w:pPr>
      <w:r>
        <w:t>(B) Displaying warning signs</w:t>
      </w:r>
    </w:p>
    <w:p>
      <w:pPr>
        <w:pStyle w:val="ListBullet"/>
        <w:spacing w:after="20"/>
      </w:pPr>
      <w:r>
        <w:t>(C) Eliminating or isolating the source with dust extraction at the machine</w:t>
      </w:r>
    </w:p>
    <w:p>
      <w:pPr>
        <w:pStyle w:val="ListBullet"/>
        <w:spacing w:after="20"/>
      </w:pPr>
      <w:r>
        <w:t>(D) Rotating workers</w:t>
      </w:r>
    </w:p>
    <w:p>
      <w:pPr>
        <w:spacing w:after="60"/>
      </w:pPr>
      <w:r>
        <w:rPr>
          <w:b/>
        </w:rPr>
        <w:t>B24.</w:t>
      </w:r>
      <w:r>
        <w:t xml:space="preserve"> The main WHS risk specific to machining recycled timber is</w:t>
      </w:r>
    </w:p>
    <w:p>
      <w:pPr>
        <w:pStyle w:val="ListBullet"/>
        <w:spacing w:after="20"/>
      </w:pPr>
      <w:r>
        <w:t>(A) slippery floors.</w:t>
      </w:r>
    </w:p>
    <w:p>
      <w:pPr>
        <w:pStyle w:val="ListBullet"/>
        <w:spacing w:after="20"/>
      </w:pPr>
      <w:r>
        <w:t>(B) hidden nails and screws damaging blades and causing kickback.</w:t>
      </w:r>
    </w:p>
    <w:p>
      <w:pPr>
        <w:pStyle w:val="ListBullet"/>
        <w:spacing w:after="20"/>
      </w:pPr>
      <w:r>
        <w:t>(C) poor lighting.</w:t>
      </w:r>
    </w:p>
    <w:p>
      <w:pPr>
        <w:pStyle w:val="ListBullet"/>
        <w:spacing w:after="20"/>
      </w:pPr>
      <w:r>
        <w:t>(D) electrical faults in the machine.</w:t>
      </w:r>
    </w:p>
    <w:p>
      <w:pPr>
        <w:spacing w:after="60"/>
      </w:pPr>
      <w:r>
        <w:rPr>
          <w:b/>
        </w:rPr>
        <w:t>B25.</w:t>
      </w:r>
      <w:r>
        <w:t xml:space="preserve"> A driver-operated forklift moving packs of timber in a mill is an example of</w:t>
      </w:r>
    </w:p>
    <w:p>
      <w:pPr>
        <w:pStyle w:val="ListBullet"/>
        <w:spacing w:after="20"/>
      </w:pPr>
      <w:r>
        <w:t>(A) automation.</w:t>
      </w:r>
    </w:p>
    <w:p>
      <w:pPr>
        <w:pStyle w:val="ListBullet"/>
        <w:spacing w:after="20"/>
      </w:pPr>
      <w:r>
        <w:t>(B) mechanisation.</w:t>
      </w:r>
    </w:p>
    <w:p>
      <w:pPr>
        <w:pStyle w:val="ListBullet"/>
        <w:spacing w:after="20"/>
      </w:pPr>
      <w:r>
        <w:t>(C) specialisation.</w:t>
      </w:r>
    </w:p>
    <w:p>
      <w:pPr>
        <w:pStyle w:val="ListBullet"/>
        <w:spacing w:after="20"/>
      </w:pPr>
      <w:r>
        <w:t>(D) multi-skilling.</w:t>
      </w:r>
    </w:p>
    <w:p>
      <w:pPr>
        <w:spacing w:after="60"/>
      </w:pPr>
      <w:r>
        <w:rPr>
          <w:b/>
        </w:rPr>
        <w:t>B26.</w:t>
      </w:r>
      <w:r>
        <w:t xml:space="preserve"> Which federal law requires importers of timber products to carry out due diligence to reduce the risk of importing illegally logged timber?</w:t>
      </w:r>
    </w:p>
    <w:p>
      <w:pPr>
        <w:pStyle w:val="ListBullet"/>
        <w:spacing w:after="20"/>
      </w:pPr>
      <w:r>
        <w:t>(A) Fair Work Act 2009</w:t>
      </w:r>
    </w:p>
    <w:p>
      <w:pPr>
        <w:pStyle w:val="ListBullet"/>
        <w:spacing w:after="20"/>
      </w:pPr>
      <w:r>
        <w:t>(B) Illegal Logging Prohibition Act 2012</w:t>
      </w:r>
    </w:p>
    <w:p>
      <w:pPr>
        <w:pStyle w:val="ListBullet"/>
        <w:spacing w:after="20"/>
      </w:pPr>
      <w:r>
        <w:t>(C) Work Health and Safety Act 2011</w:t>
      </w:r>
    </w:p>
    <w:p>
      <w:pPr>
        <w:pStyle w:val="ListBullet"/>
        <w:spacing w:after="20"/>
      </w:pPr>
      <w:r>
        <w:t>(D) Protection of the Environment Operations Act 1997</w:t>
      </w:r>
    </w:p>
    <w:p>
      <w:pPr>
        <w:spacing w:after="60"/>
      </w:pPr>
      <w:r>
        <w:rPr>
          <w:b/>
        </w:rPr>
        <w:t>B27.</w:t>
      </w:r>
      <w:r>
        <w:t xml:space="preserve"> A flat management structure is MOST likely to result in</w:t>
      </w:r>
    </w:p>
    <w:p>
      <w:pPr>
        <w:pStyle w:val="ListBullet"/>
        <w:spacing w:after="20"/>
      </w:pPr>
      <w:r>
        <w:t>(A) slow decisions passing through many levels.</w:t>
      </w:r>
    </w:p>
    <w:p>
      <w:pPr>
        <w:pStyle w:val="ListBullet"/>
        <w:spacing w:after="20"/>
      </w:pPr>
      <w:r>
        <w:t>(B) quick decisions and flexible responses to customers.</w:t>
      </w:r>
    </w:p>
    <w:p>
      <w:pPr>
        <w:pStyle w:val="ListBullet"/>
        <w:spacing w:after="20"/>
      </w:pPr>
      <w:r>
        <w:t>(C) large specialised departments.</w:t>
      </w:r>
    </w:p>
    <w:p>
      <w:pPr>
        <w:pStyle w:val="ListBullet"/>
        <w:spacing w:after="20"/>
      </w:pPr>
      <w:r>
        <w:t>(D) formal multi-level quality control.</w:t>
      </w:r>
    </w:p>
    <w:p>
      <w:pPr>
        <w:spacing w:after="60"/>
      </w:pPr>
      <w:r>
        <w:rPr>
          <w:b/>
        </w:rPr>
        <w:t>B28.</w:t>
      </w:r>
      <w:r>
        <w:t xml:space="preserve"> A table top 2.0 m × 1.0 m needs three coats of finish. One litre covers 12 m². How many litres are needed?</w:t>
      </w:r>
    </w:p>
    <w:p>
      <w:pPr>
        <w:pStyle w:val="ListBullet"/>
        <w:spacing w:after="20"/>
      </w:pPr>
      <w:r>
        <w:t>(A) 0.5 L</w:t>
      </w:r>
    </w:p>
    <w:p>
      <w:pPr>
        <w:pStyle w:val="ListBullet"/>
        <w:spacing w:after="20"/>
      </w:pPr>
      <w:r>
        <w:t>(B) 1.0 L</w:t>
      </w:r>
    </w:p>
    <w:p>
      <w:pPr>
        <w:pStyle w:val="ListBullet"/>
        <w:spacing w:after="20"/>
      </w:pPr>
      <w:r>
        <w:t>(C) 1.5 L</w:t>
      </w:r>
    </w:p>
    <w:p>
      <w:pPr>
        <w:pStyle w:val="ListBullet"/>
        <w:spacing w:after="20"/>
      </w:pPr>
      <w:r>
        <w:t>(D) 2.0 L</w:t>
      </w:r>
    </w:p>
    <w:p>
      <w:pPr>
        <w:spacing w:after="60"/>
      </w:pPr>
      <w:r>
        <w:rPr>
          <w:b/>
        </w:rPr>
        <w:t>B29.</w:t>
      </w:r>
      <w:r>
        <w:t xml:space="preserve"> Five boards are each 2.4 m long, 200 mm wide and 50 mm thick. What is the total volume?</w:t>
      </w:r>
    </w:p>
    <w:p>
      <w:pPr>
        <w:pStyle w:val="ListBullet"/>
        <w:spacing w:after="20"/>
      </w:pPr>
      <w:r>
        <w:t>(A) 0.024 m³</w:t>
      </w:r>
    </w:p>
    <w:p>
      <w:pPr>
        <w:pStyle w:val="ListBullet"/>
        <w:spacing w:after="20"/>
      </w:pPr>
      <w:r>
        <w:t>(B) 0.12 m³</w:t>
      </w:r>
    </w:p>
    <w:p>
      <w:pPr>
        <w:pStyle w:val="ListBullet"/>
        <w:spacing w:after="20"/>
      </w:pPr>
      <w:r>
        <w:t>(C) 0.24 m³</w:t>
      </w:r>
    </w:p>
    <w:p>
      <w:pPr>
        <w:pStyle w:val="ListBullet"/>
        <w:spacing w:after="20"/>
      </w:pPr>
      <w:r>
        <w:t>(D) 1.2 m³</w:t>
      </w:r>
    </w:p>
    <w:p>
      <w:pPr>
        <w:spacing w:after="60"/>
      </w:pPr>
      <w:r>
        <w:rPr>
          <w:b/>
        </w:rPr>
        <w:t>B30.</w:t>
      </w:r>
      <w:r>
        <w:t xml:space="preserve"> A dining table top 900 mm wide is made from boards 140 mm wide. What is the minimum number of boards needed (ignore jointing losses)?</w:t>
      </w:r>
    </w:p>
    <w:p>
      <w:pPr>
        <w:pStyle w:val="ListBullet"/>
        <w:spacing w:after="20"/>
      </w:pPr>
      <w:r>
        <w:t>(A) 6</w:t>
      </w:r>
    </w:p>
    <w:p>
      <w:pPr>
        <w:pStyle w:val="ListBullet"/>
        <w:spacing w:after="20"/>
      </w:pPr>
      <w:r>
        <w:t>(B) 7</w:t>
      </w:r>
    </w:p>
    <w:p>
      <w:pPr>
        <w:pStyle w:val="ListBullet"/>
        <w:spacing w:after="20"/>
      </w:pPr>
      <w:r>
        <w:t>(C) 8</w:t>
      </w:r>
    </w:p>
    <w:p>
      <w:pPr>
        <w:pStyle w:val="ListBullet"/>
        <w:spacing w:after="20"/>
      </w:pPr>
      <w:r>
        <w:t>(D) 9</w:t>
      </w:r>
    </w:p>
    <w:p>
      <w:pPr>
        <w:spacing w:after="60"/>
      </w:pPr>
      <w:r>
        <w:rPr>
          <w:b/>
        </w:rPr>
        <w:t>B31.</w:t>
      </w:r>
      <w:r>
        <w:t xml:space="preserve"> Which historical development most directly enabled flat-pack furniture?</w:t>
      </w:r>
    </w:p>
    <w:p>
      <w:pPr>
        <w:pStyle w:val="ListBullet"/>
        <w:spacing w:after="20"/>
      </w:pPr>
      <w:r>
        <w:t>(A) Hand-cut dovetails</w:t>
      </w:r>
    </w:p>
    <w:p>
      <w:pPr>
        <w:pStyle w:val="ListBullet"/>
        <w:spacing w:after="20"/>
      </w:pPr>
      <w:r>
        <w:t>(B) Manufactured boards combined with knock-down fittings</w:t>
      </w:r>
    </w:p>
    <w:p>
      <w:pPr>
        <w:pStyle w:val="ListBullet"/>
        <w:spacing w:after="20"/>
      </w:pPr>
      <w:r>
        <w:t>(C) French polishing</w:t>
      </w:r>
    </w:p>
    <w:p>
      <w:pPr>
        <w:pStyle w:val="ListBullet"/>
        <w:spacing w:after="20"/>
      </w:pPr>
      <w:r>
        <w:t>(D) Air seasoning</w:t>
      </w:r>
    </w:p>
    <w:p>
      <w:pPr>
        <w:spacing w:after="60"/>
      </w:pPr>
      <w:r>
        <w:rPr>
          <w:b/>
        </w:rPr>
        <w:t>B32.</w:t>
      </w:r>
      <w:r>
        <w:t xml:space="preserve"> Which technology allows parts to be designed on a computer and cut automatically from a full sheet with minimal waste?</w:t>
      </w:r>
    </w:p>
    <w:p>
      <w:pPr>
        <w:pStyle w:val="ListBullet"/>
        <w:spacing w:after="20"/>
      </w:pPr>
      <w:r>
        <w:t>(A) Steam bending</w:t>
      </w:r>
    </w:p>
    <w:p>
      <w:pPr>
        <w:pStyle w:val="ListBullet"/>
        <w:spacing w:after="20"/>
      </w:pPr>
      <w:r>
        <w:t>(B) CAD/CAM with a CNC nesting router</w:t>
      </w:r>
    </w:p>
    <w:p>
      <w:pPr>
        <w:pStyle w:val="ListBullet"/>
        <w:spacing w:after="20"/>
      </w:pPr>
      <w:r>
        <w:t>(C) Hand router with a template</w:t>
      </w:r>
    </w:p>
    <w:p>
      <w:pPr>
        <w:pStyle w:val="ListBullet"/>
        <w:spacing w:after="20"/>
      </w:pPr>
      <w:r>
        <w:t>(D) Panel saw</w:t>
      </w:r>
    </w:p>
    <w:p>
      <w:pPr>
        <w:pStyle w:val="Heading2"/>
        <w:keepNext/>
      </w:pPr>
      <w:r>
        <w:t>Part B answers and explanations</w:t>
      </w:r>
    </w:p>
    <w:p>
      <w:pPr>
        <w:pStyle w:val="ListBullet"/>
        <w:spacing w:after="20"/>
      </w:pPr>
      <w:r>
        <w:rPr>
          <w:b/>
        </w:rPr>
        <w:t>B1: C.</w:t>
      </w:r>
      <w:r>
        <w:t xml:space="preserve"> Sapwood is the living outer wood that conducts sap; heartwood is dead, darker and more durable.</w:t>
      </w:r>
    </w:p>
    <w:p>
      <w:pPr>
        <w:pStyle w:val="ListBullet"/>
        <w:spacing w:after="20"/>
      </w:pPr>
      <w:r>
        <w:rPr>
          <w:b/>
        </w:rPr>
        <w:t>B2: B.</w:t>
      </w:r>
      <w:r>
        <w:t xml:space="preserve"> The split is botanical: softwoods are conifers, hardwoods are broad-leaved trees, regardless of hardness.</w:t>
      </w:r>
    </w:p>
    <w:p>
      <w:pPr>
        <w:pStyle w:val="ListBullet"/>
        <w:spacing w:after="20"/>
      </w:pPr>
      <w:r>
        <w:rPr>
          <w:b/>
        </w:rPr>
        <w:t>B3: C.</w:t>
      </w:r>
      <w:r>
        <w:t xml:space="preserve"> EMC is the moisture content in balance with the surrounding air.</w:t>
      </w:r>
    </w:p>
    <w:p>
      <w:pPr>
        <w:pStyle w:val="ListBullet"/>
        <w:spacing w:after="20"/>
      </w:pPr>
      <w:r>
        <w:rPr>
          <w:b/>
        </w:rPr>
        <w:t>B4: B.</w:t>
      </w:r>
      <w:r>
        <w:t xml:space="preserve"> Stickers create air gaps around every board and, lined up vertically, stop bowing.</w:t>
      </w:r>
    </w:p>
    <w:p>
      <w:pPr>
        <w:pStyle w:val="ListBullet"/>
        <w:spacing w:after="20"/>
      </w:pPr>
      <w:r>
        <w:rPr>
          <w:b/>
        </w:rPr>
        <w:t>B5: A.</w:t>
      </w:r>
      <w:r>
        <w:t xml:space="preserve"> Moisture leaves end grain fastest; sealing slows it and reduces end splits and checks.</w:t>
      </w:r>
    </w:p>
    <w:p>
      <w:pPr>
        <w:pStyle w:val="ListBullet"/>
        <w:spacing w:after="20"/>
      </w:pPr>
      <w:r>
        <w:rPr>
          <w:b/>
        </w:rPr>
        <w:t>B6: C.</w:t>
      </w:r>
      <w:r>
        <w:t xml:space="preserve"> Live (through) sawing makes parallel cuts straight through the log.</w:t>
      </w:r>
    </w:p>
    <w:p>
      <w:pPr>
        <w:pStyle w:val="ListBullet"/>
        <w:spacing w:after="20"/>
      </w:pPr>
      <w:r>
        <w:rPr>
          <w:b/>
        </w:rPr>
        <w:t>B7: B.</w:t>
      </w:r>
      <w:r>
        <w:t xml:space="preserve"> A balanced construction with matching face grain resists warping.</w:t>
      </w:r>
    </w:p>
    <w:p>
      <w:pPr>
        <w:pStyle w:val="ListBullet"/>
        <w:spacing w:after="20"/>
      </w:pPr>
      <w:r>
        <w:rPr>
          <w:b/>
        </w:rPr>
        <w:t>B8: C.</w:t>
      </w:r>
      <w:r>
        <w:t xml:space="preserve"> Medium density fibreboard is made from fibres, giving a smooth, uniform surface and edges.</w:t>
      </w:r>
    </w:p>
    <w:p>
      <w:pPr>
        <w:pStyle w:val="ListBullet"/>
        <w:spacing w:after="20"/>
      </w:pPr>
      <w:r>
        <w:rPr>
          <w:b/>
        </w:rPr>
        <w:t>B9: B.</w:t>
      </w:r>
      <w:r>
        <w:t xml:space="preserve"> High moisture resistant board uses water-resistant resins that resist swelling.</w:t>
      </w:r>
    </w:p>
    <w:p>
      <w:pPr>
        <w:pStyle w:val="ListBullet"/>
        <w:spacing w:after="20"/>
      </w:pPr>
      <w:r>
        <w:rPr>
          <w:b/>
        </w:rPr>
        <w:t>B10: C.</w:t>
      </w:r>
      <w:r>
        <w:t xml:space="preserve"> UF glue cures by chemical reaction to a rigid line with a long working time; PVA can creep under constant stress.</w:t>
      </w:r>
    </w:p>
    <w:p>
      <w:pPr>
        <w:pStyle w:val="ListBullet"/>
        <w:spacing w:after="20"/>
      </w:pPr>
      <w:r>
        <w:rPr>
          <w:b/>
        </w:rPr>
        <w:t>B11: A.</w:t>
      </w:r>
      <w:r>
        <w:t xml:space="preserve"> Contact adhesive bonds instantly when the two coated surfaces meet; used for laminates.</w:t>
      </w:r>
    </w:p>
    <w:p>
      <w:pPr>
        <w:pStyle w:val="ListBullet"/>
        <w:spacing w:after="20"/>
      </w:pPr>
      <w:r>
        <w:rPr>
          <w:b/>
        </w:rPr>
        <w:t>B12: B.</w:t>
      </w:r>
      <w:r>
        <w:t xml:space="preserve"> One-third leaves enough timber either side of the mortise for strength (2025 MC9).</w:t>
      </w:r>
    </w:p>
    <w:p>
      <w:pPr>
        <w:pStyle w:val="ListBullet"/>
        <w:spacing w:after="20"/>
      </w:pPr>
      <w:r>
        <w:rPr>
          <w:b/>
        </w:rPr>
        <w:t>B13: B.</w:t>
      </w:r>
      <w:r>
        <w:t xml:space="preserve"> Housing, rebate, dovetail and scribed joints are carcase joints.</w:t>
      </w:r>
    </w:p>
    <w:p>
      <w:pPr>
        <w:pStyle w:val="ListBullet"/>
        <w:spacing w:after="20"/>
      </w:pPr>
      <w:r>
        <w:rPr>
          <w:b/>
        </w:rPr>
        <w:t>B14: B.</w:t>
      </w:r>
      <w:r>
        <w:t xml:space="preserve"> Each board cups the opposite way to its neighbour, balancing movement.</w:t>
      </w:r>
    </w:p>
    <w:p>
      <w:pPr>
        <w:pStyle w:val="ListBullet"/>
        <w:spacing w:after="20"/>
      </w:pPr>
      <w:r>
        <w:rPr>
          <w:b/>
        </w:rPr>
        <w:t>B15: B.</w:t>
      </w:r>
      <w:r>
        <w:t xml:space="preserve"> KD fittings allow flat packing, lower freight cost and customer assembly.</w:t>
      </w:r>
    </w:p>
    <w:p>
      <w:pPr>
        <w:pStyle w:val="ListBullet"/>
        <w:spacing w:after="20"/>
      </w:pPr>
      <w:r>
        <w:rPr>
          <w:b/>
        </w:rPr>
        <w:t>B16: B.</w:t>
      </w:r>
      <w:r>
        <w:t xml:space="preserve"> The jointer flattens the face; the thicknesser makes the opposite face parallel at a set thickness.</w:t>
      </w:r>
    </w:p>
    <w:p>
      <w:pPr>
        <w:pStyle w:val="ListBullet"/>
        <w:spacing w:after="20"/>
      </w:pPr>
      <w:r>
        <w:rPr>
          <w:b/>
        </w:rPr>
        <w:t>B17: C.</w:t>
      </w:r>
      <w:r>
        <w:t xml:space="preserve"> A compound mitre saw pivots (mitre) and tilts (bevel) together.</w:t>
      </w:r>
    </w:p>
    <w:p>
      <w:pPr>
        <w:pStyle w:val="ListBullet"/>
        <w:spacing w:after="20"/>
      </w:pPr>
      <w:r>
        <w:rPr>
          <w:b/>
        </w:rPr>
        <w:t>B18: B.</w:t>
      </w:r>
      <w:r>
        <w:t xml:space="preserve"> A plunge router can lower the spinning bit into the work at any point and lift it out at the end.</w:t>
      </w:r>
    </w:p>
    <w:p>
      <w:pPr>
        <w:pStyle w:val="ListBullet"/>
        <w:spacing w:after="20"/>
      </w:pPr>
      <w:r>
        <w:rPr>
          <w:b/>
        </w:rPr>
        <w:t>B19: B.</w:t>
      </w:r>
      <w:r>
        <w:t xml:space="preserve"> Surface preparation progresses from cutting tools to finer abrasives, with grain raising before the final sand.</w:t>
      </w:r>
    </w:p>
    <w:p>
      <w:pPr>
        <w:pStyle w:val="ListBullet"/>
        <w:spacing w:after="20"/>
      </w:pPr>
      <w:r>
        <w:rPr>
          <w:b/>
        </w:rPr>
        <w:t>B20: C.</w:t>
      </w:r>
      <w:r>
        <w:t xml:space="preserve"> Shellac flakes dissolved in methylated spirits form French polish (2021 MC9).</w:t>
      </w:r>
    </w:p>
    <w:p>
      <w:pPr>
        <w:pStyle w:val="ListBullet"/>
        <w:spacing w:after="20"/>
      </w:pPr>
      <w:r>
        <w:rPr>
          <w:b/>
        </w:rPr>
        <w:t>B21: B.</w:t>
      </w:r>
      <w:r>
        <w:t xml:space="preserve"> Water-based finishes contain far less solvent, reducing VOC emissions and fire risk.</w:t>
      </w:r>
    </w:p>
    <w:p>
      <w:pPr>
        <w:pStyle w:val="ListBullet"/>
        <w:spacing w:after="20"/>
      </w:pPr>
      <w:r>
        <w:rPr>
          <w:b/>
        </w:rPr>
        <w:t>B22: B.</w:t>
      </w:r>
      <w:r>
        <w:t xml:space="preserve"> Isolation and lockout/tagout prevent accidental start-up during maintenance.</w:t>
      </w:r>
    </w:p>
    <w:p>
      <w:pPr>
        <w:pStyle w:val="ListBullet"/>
        <w:spacing w:after="20"/>
      </w:pPr>
      <w:r>
        <w:rPr>
          <w:b/>
        </w:rPr>
        <w:t>B23: C.</w:t>
      </w:r>
      <w:r>
        <w:t xml:space="preserve"> Elimination and engineering controls rank above administrative controls and PPE.</w:t>
      </w:r>
    </w:p>
    <w:p>
      <w:pPr>
        <w:pStyle w:val="ListBullet"/>
        <w:spacing w:after="20"/>
      </w:pPr>
      <w:r>
        <w:rPr>
          <w:b/>
        </w:rPr>
        <w:t>B24: B.</w:t>
      </w:r>
      <w:r>
        <w:t xml:space="preserve"> Embedded metal is the hazard specific to recycled timber (2024 Q15 feedback).</w:t>
      </w:r>
    </w:p>
    <w:p>
      <w:pPr>
        <w:pStyle w:val="ListBullet"/>
        <w:spacing w:after="20"/>
      </w:pPr>
      <w:r>
        <w:rPr>
          <w:b/>
        </w:rPr>
        <w:t>B25: B.</w:t>
      </w:r>
      <w:r>
        <w:t xml:space="preserve"> Mechanisation uses machines operated by people; automation is computer-controlled (2019 MC6).</w:t>
      </w:r>
    </w:p>
    <w:p>
      <w:pPr>
        <w:pStyle w:val="ListBullet"/>
        <w:spacing w:after="20"/>
      </w:pPr>
      <w:r>
        <w:rPr>
          <w:b/>
        </w:rPr>
        <w:t>B26: B.</w:t>
      </w:r>
      <w:r>
        <w:t xml:space="preserve"> The Illegal Logging Prohibition Act 2012 (Cth) sets due diligence requirements.</w:t>
      </w:r>
    </w:p>
    <w:p>
      <w:pPr>
        <w:pStyle w:val="ListBullet"/>
        <w:spacing w:after="20"/>
      </w:pPr>
      <w:r>
        <w:rPr>
          <w:b/>
        </w:rPr>
        <w:t>B27: B.</w:t>
      </w:r>
      <w:r>
        <w:t xml:space="preserve"> Few management layers mean decisions are made quickly by the owner/manager.</w:t>
      </w:r>
    </w:p>
    <w:p>
      <w:pPr>
        <w:pStyle w:val="ListBullet"/>
        <w:spacing w:after="20"/>
      </w:pPr>
      <w:r>
        <w:rPr>
          <w:b/>
        </w:rPr>
        <w:t>B28: A.</w:t>
      </w:r>
      <w:r>
        <w:t xml:space="preserve"> 2.0 × 1.0 = 2 m² × 3 coats = 6 m² ÷ 12 m²/L = 0.5 L.</w:t>
      </w:r>
    </w:p>
    <w:p>
      <w:pPr>
        <w:pStyle w:val="ListBullet"/>
        <w:spacing w:after="20"/>
      </w:pPr>
      <w:r>
        <w:rPr>
          <w:b/>
        </w:rPr>
        <w:t>B29: B.</w:t>
      </w:r>
      <w:r>
        <w:t xml:space="preserve"> 2.4 × 0.2 × 0.05 = 0.024 m³ per board × 5 = 0.12 m³.</w:t>
      </w:r>
    </w:p>
    <w:p>
      <w:pPr>
        <w:pStyle w:val="ListBullet"/>
        <w:spacing w:after="20"/>
      </w:pPr>
      <w:r>
        <w:rPr>
          <w:b/>
        </w:rPr>
        <w:t>B30: B.</w:t>
      </w:r>
      <w:r>
        <w:t xml:space="preserve"> 900 ÷ 140 = 6.43, so round up to 7 boards.</w:t>
      </w:r>
    </w:p>
    <w:p>
      <w:pPr>
        <w:pStyle w:val="ListBullet"/>
        <w:spacing w:after="20"/>
      </w:pPr>
      <w:r>
        <w:rPr>
          <w:b/>
        </w:rPr>
        <w:t>B31: B.</w:t>
      </w:r>
      <w:r>
        <w:t xml:space="preserve"> Stable large boards plus KD fittings allowed parts to be shipped flat and assembled by customers.</w:t>
      </w:r>
    </w:p>
    <w:p>
      <w:pPr>
        <w:pStyle w:val="ListBullet"/>
        <w:spacing w:after="20"/>
      </w:pPr>
      <w:r>
        <w:rPr>
          <w:b/>
        </w:rPr>
        <w:t>B32: B.</w:t>
      </w:r>
      <w:r>
        <w:t xml:space="preserve"> CAM nesting arranges parts efficiently and the CNC router cuts them automatically.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07070"/>
        <w:sz w:val="16"/>
      </w:rPr>
      <w:t xml:space="preserve">HSC Industrial Technology Timber · MC Bank  ·  Page </w:t>
    </w:r>
    <w:r>
      <w:rPr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386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2E74B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